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EFFE8F" w14:textId="77777777" w:rsidR="00F138AF" w:rsidRDefault="00F138AF" w:rsidP="001F4E60">
      <w:pPr>
        <w:spacing w:after="120" w:line="276" w:lineRule="auto"/>
        <w:jc w:val="center"/>
        <w:rPr>
          <w:rFonts w:ascii="Trebuchet MS" w:hAnsi="Trebuchet MS"/>
          <w:b/>
          <w:i/>
          <w:sz w:val="23"/>
          <w:szCs w:val="23"/>
        </w:rPr>
      </w:pPr>
    </w:p>
    <w:p w14:paraId="5E0595E1" w14:textId="77777777" w:rsidR="001F4E60" w:rsidRPr="00464025" w:rsidRDefault="001F4E60" w:rsidP="001F4E60">
      <w:pPr>
        <w:spacing w:after="120" w:line="276" w:lineRule="auto"/>
        <w:jc w:val="center"/>
        <w:rPr>
          <w:rFonts w:ascii="Trebuchet MS" w:hAnsi="Trebuchet MS"/>
          <w:b/>
          <w:i/>
          <w:sz w:val="23"/>
          <w:szCs w:val="23"/>
          <w:lang w:val="it-IT"/>
        </w:rPr>
      </w:pPr>
      <w:r w:rsidRPr="00464025">
        <w:rPr>
          <w:rFonts w:ascii="Trebuchet MS" w:hAnsi="Trebuchet MS"/>
          <w:b/>
          <w:i/>
          <w:sz w:val="23"/>
          <w:szCs w:val="23"/>
          <w:lang w:val="it-IT"/>
        </w:rPr>
        <w:t xml:space="preserve">FORMULAR PENTRU TESTUL IMM </w:t>
      </w:r>
    </w:p>
    <w:p w14:paraId="1753C217" w14:textId="01056C91" w:rsidR="001F4E60" w:rsidRPr="00464025" w:rsidRDefault="001F4E60" w:rsidP="001F4E60">
      <w:pPr>
        <w:spacing w:after="120" w:line="276" w:lineRule="auto"/>
        <w:jc w:val="center"/>
        <w:rPr>
          <w:rFonts w:ascii="Trebuchet MS" w:hAnsi="Trebuchet MS"/>
          <w:b/>
          <w:i/>
          <w:sz w:val="23"/>
          <w:szCs w:val="23"/>
          <w:lang w:val="it-IT"/>
        </w:rPr>
      </w:pPr>
      <w:r w:rsidRPr="00464025">
        <w:rPr>
          <w:rFonts w:ascii="Trebuchet MS" w:hAnsi="Trebuchet MS"/>
          <w:b/>
          <w:i/>
          <w:sz w:val="23"/>
          <w:szCs w:val="23"/>
          <w:lang w:val="it-IT"/>
        </w:rPr>
        <w:t xml:space="preserve">privind modificarea </w:t>
      </w:r>
      <w:r w:rsidR="00464025">
        <w:rPr>
          <w:rFonts w:ascii="Trebuchet MS" w:hAnsi="Trebuchet MS"/>
          <w:b/>
          <w:i/>
          <w:sz w:val="23"/>
          <w:szCs w:val="23"/>
          <w:lang w:val="it-IT"/>
        </w:rPr>
        <w:t xml:space="preserve">și completarea </w:t>
      </w:r>
      <w:r w:rsidRPr="00464025">
        <w:rPr>
          <w:rFonts w:ascii="Trebuchet MS" w:hAnsi="Trebuchet MS"/>
          <w:b/>
          <w:i/>
          <w:sz w:val="23"/>
          <w:szCs w:val="23"/>
          <w:lang w:val="it-IT"/>
        </w:rPr>
        <w:t>Ordinului ministrului muncii, familiei, tineretului și solidarității sociale nr. 987/2026 privind aprobarea metodologiei de elaborare și actualizare a listei ocupațiilor deficitare prevăzute la art. 1 alin. (4) din Ordonanța de urgență a Guvernului nr. 32/2026 privind accesul străinilor pe piața muncii din românia, precum și pentru modificarea și completarea unor acte normative</w:t>
      </w:r>
    </w:p>
    <w:p w14:paraId="0349AEAC" w14:textId="77777777" w:rsidR="00B9017B" w:rsidRPr="00464025" w:rsidRDefault="00B9017B" w:rsidP="001F4E60">
      <w:pPr>
        <w:spacing w:after="120" w:line="276" w:lineRule="auto"/>
        <w:jc w:val="both"/>
        <w:rPr>
          <w:rFonts w:ascii="Trebuchet MS" w:hAnsi="Trebuchet MS"/>
          <w:sz w:val="23"/>
          <w:szCs w:val="23"/>
          <w:lang w:val="it-IT"/>
        </w:rPr>
      </w:pPr>
    </w:p>
    <w:p w14:paraId="3CBEA672" w14:textId="77777777" w:rsidR="001F4E60" w:rsidRPr="00464025" w:rsidRDefault="001F4E60" w:rsidP="001F4E60">
      <w:pPr>
        <w:spacing w:after="120" w:line="276" w:lineRule="auto"/>
        <w:jc w:val="both"/>
        <w:rPr>
          <w:rFonts w:ascii="Trebuchet MS" w:hAnsi="Trebuchet MS"/>
          <w:sz w:val="23"/>
          <w:szCs w:val="23"/>
          <w:lang w:val="it-IT"/>
        </w:rPr>
      </w:pPr>
    </w:p>
    <w:p w14:paraId="79043276" w14:textId="77777777" w:rsidR="00B9017B" w:rsidRPr="00464025" w:rsidRDefault="006C652A" w:rsidP="001F4E60">
      <w:pPr>
        <w:spacing w:after="120" w:line="276" w:lineRule="auto"/>
        <w:jc w:val="both"/>
        <w:rPr>
          <w:rFonts w:ascii="Trebuchet MS" w:hAnsi="Trebuchet MS"/>
          <w:b/>
          <w:sz w:val="23"/>
          <w:szCs w:val="23"/>
          <w:lang w:val="it-IT"/>
        </w:rPr>
      </w:pPr>
      <w:r w:rsidRPr="00464025">
        <w:rPr>
          <w:rFonts w:ascii="Trebuchet MS" w:hAnsi="Trebuchet MS"/>
          <w:b/>
          <w:sz w:val="23"/>
          <w:szCs w:val="23"/>
          <w:lang w:val="it-IT"/>
        </w:rPr>
        <w:t>Identificarea respondentului</w:t>
      </w:r>
    </w:p>
    <w:p w14:paraId="3110E1EA" w14:textId="77777777" w:rsidR="001F4E60" w:rsidRPr="00464025" w:rsidRDefault="001F4E60" w:rsidP="001F4E60">
      <w:pPr>
        <w:spacing w:after="120" w:line="276" w:lineRule="auto"/>
        <w:jc w:val="both"/>
        <w:rPr>
          <w:rFonts w:ascii="Trebuchet MS" w:hAnsi="Trebuchet MS"/>
          <w:sz w:val="23"/>
          <w:szCs w:val="23"/>
          <w:lang w:val="it-IT"/>
        </w:rPr>
      </w:pPr>
    </w:p>
    <w:p w14:paraId="6FB78A06" w14:textId="77777777" w:rsidR="00B9017B"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Denumirea entității și CUI dacă este disponibil [de completat]</w:t>
      </w:r>
    </w:p>
    <w:p w14:paraId="6F36F4F9" w14:textId="77777777" w:rsidR="00B9017B"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Județul și localitatea [de completat]</w:t>
      </w:r>
    </w:p>
    <w:p w14:paraId="2A60EAC5" w14:textId="77777777" w:rsidR="00B9017B"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Domeniul de activitate și codul CAEN cu indicarea reviziei utilizate [de completat]</w:t>
      </w:r>
    </w:p>
    <w:p w14:paraId="631B5A36" w14:textId="77777777" w:rsidR="00B9017B"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Numele, funcția și contactul profesional al persoanei care răspunde [de completat]</w:t>
      </w:r>
    </w:p>
    <w:p w14:paraId="2B60B0DF" w14:textId="77777777" w:rsidR="001F4E60"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 xml:space="preserve">Calitatea respondentului: </w:t>
      </w:r>
    </w:p>
    <w:p w14:paraId="376E1A07" w14:textId="77777777" w:rsidR="001F4E60"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 xml:space="preserve">□ întreprindere </w:t>
      </w:r>
    </w:p>
    <w:p w14:paraId="15E94F2B" w14:textId="77777777" w:rsidR="001F4E60"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 xml:space="preserve">□ organizație patronală sau profesională </w:t>
      </w:r>
    </w:p>
    <w:p w14:paraId="328EE92E" w14:textId="77777777" w:rsidR="001F4E60"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 xml:space="preserve">□ instituție </w:t>
      </w:r>
    </w:p>
    <w:p w14:paraId="2F946B45" w14:textId="77777777" w:rsidR="00B9017B"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 xml:space="preserve">□ altă entitate </w:t>
      </w:r>
      <w:r w:rsidR="000F2365" w:rsidRPr="00464025">
        <w:rPr>
          <w:rFonts w:ascii="Trebuchet MS" w:hAnsi="Trebuchet MS"/>
          <w:sz w:val="23"/>
          <w:szCs w:val="23"/>
          <w:lang w:val="it-IT"/>
        </w:rPr>
        <w:t>[de completat]</w:t>
      </w:r>
    </w:p>
    <w:p w14:paraId="6BE3FC92" w14:textId="77777777" w:rsidR="001F4E60" w:rsidRPr="00464025" w:rsidRDefault="001F4E60" w:rsidP="001F4E60">
      <w:pPr>
        <w:spacing w:after="120" w:line="276" w:lineRule="auto"/>
        <w:jc w:val="both"/>
        <w:rPr>
          <w:rFonts w:ascii="Trebuchet MS" w:hAnsi="Trebuchet MS"/>
          <w:sz w:val="23"/>
          <w:szCs w:val="23"/>
          <w:lang w:val="it-IT"/>
        </w:rPr>
      </w:pPr>
    </w:p>
    <w:p w14:paraId="245D6A52" w14:textId="77777777" w:rsidR="001F4E60"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Pentru întreprinderi, categoria declarată conform Legii nr. 346/2004</w:t>
      </w:r>
      <w:r w:rsidR="002B7155" w:rsidRPr="00464025">
        <w:rPr>
          <w:rFonts w:ascii="Trebuchet MS" w:hAnsi="Trebuchet MS"/>
          <w:sz w:val="23"/>
          <w:szCs w:val="23"/>
          <w:lang w:val="it-IT"/>
        </w:rPr>
        <w:t>, cu modificările și completările ulterioare</w:t>
      </w:r>
      <w:r w:rsidRPr="00464025">
        <w:rPr>
          <w:rFonts w:ascii="Trebuchet MS" w:hAnsi="Trebuchet MS"/>
          <w:sz w:val="23"/>
          <w:szCs w:val="23"/>
          <w:lang w:val="it-IT"/>
        </w:rPr>
        <w:t xml:space="preserve">: </w:t>
      </w:r>
    </w:p>
    <w:p w14:paraId="2EC49A3E" w14:textId="77777777" w:rsidR="001F4E60"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 xml:space="preserve">□ microîntreprindere </w:t>
      </w:r>
    </w:p>
    <w:p w14:paraId="475DF6D1" w14:textId="77777777" w:rsidR="001F4E60"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 xml:space="preserve">□ întreprindere mică </w:t>
      </w:r>
    </w:p>
    <w:p w14:paraId="7AD295E6" w14:textId="77777777" w:rsidR="001F4E60"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 xml:space="preserve">□ întreprindere mijlocie </w:t>
      </w:r>
    </w:p>
    <w:p w14:paraId="7BCDA0EC" w14:textId="77777777" w:rsidR="000F2365"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 xml:space="preserve">□ întreprindere mare </w:t>
      </w:r>
    </w:p>
    <w:p w14:paraId="1AA36E0E" w14:textId="77777777" w:rsidR="00B9017B"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 nu pot preciza încadrarea.</w:t>
      </w:r>
    </w:p>
    <w:p w14:paraId="0AC1CD5B" w14:textId="77777777" w:rsidR="001F4E60" w:rsidRPr="00464025" w:rsidRDefault="001F4E60" w:rsidP="001F4E60">
      <w:pPr>
        <w:spacing w:after="120" w:line="276" w:lineRule="auto"/>
        <w:jc w:val="both"/>
        <w:rPr>
          <w:rFonts w:ascii="Trebuchet MS" w:hAnsi="Trebuchet MS"/>
          <w:sz w:val="23"/>
          <w:szCs w:val="23"/>
          <w:lang w:val="it-IT"/>
        </w:rPr>
      </w:pPr>
    </w:p>
    <w:p w14:paraId="47EFCD5C" w14:textId="77777777" w:rsidR="00B9017B" w:rsidRPr="00464025" w:rsidRDefault="000F2365" w:rsidP="001F4E60">
      <w:pPr>
        <w:spacing w:after="120" w:line="276" w:lineRule="auto"/>
        <w:jc w:val="both"/>
        <w:rPr>
          <w:rFonts w:ascii="Trebuchet MS" w:hAnsi="Trebuchet MS"/>
          <w:i/>
          <w:sz w:val="23"/>
          <w:szCs w:val="23"/>
          <w:lang w:val="it-IT"/>
        </w:rPr>
      </w:pPr>
      <w:r w:rsidRPr="00464025">
        <w:rPr>
          <w:rFonts w:ascii="Trebuchet MS" w:hAnsi="Trebuchet MS"/>
          <w:i/>
          <w:sz w:val="23"/>
          <w:szCs w:val="23"/>
          <w:lang w:val="it-IT"/>
        </w:rPr>
        <w:lastRenderedPageBreak/>
        <w:t xml:space="preserve">Notă: </w:t>
      </w:r>
      <w:r w:rsidR="006C652A" w:rsidRPr="00464025">
        <w:rPr>
          <w:rFonts w:ascii="Trebuchet MS" w:hAnsi="Trebuchet MS"/>
          <w:i/>
          <w:sz w:val="23"/>
          <w:szCs w:val="23"/>
          <w:lang w:val="it-IT"/>
        </w:rPr>
        <w:t>Categoria întreprinderii se stabilește potrivit Legii nr. 346/2004,</w:t>
      </w:r>
      <w:r w:rsidRPr="00464025">
        <w:rPr>
          <w:rFonts w:ascii="Trebuchet MS" w:hAnsi="Trebuchet MS"/>
          <w:i/>
          <w:sz w:val="23"/>
          <w:szCs w:val="23"/>
          <w:lang w:val="it-IT"/>
        </w:rPr>
        <w:t xml:space="preserve"> cu modificările și completările ulterioare,</w:t>
      </w:r>
      <w:r w:rsidR="006C652A" w:rsidRPr="00464025">
        <w:rPr>
          <w:rFonts w:ascii="Trebuchet MS" w:hAnsi="Trebuchet MS"/>
          <w:i/>
          <w:sz w:val="23"/>
          <w:szCs w:val="23"/>
          <w:lang w:val="it-IT"/>
        </w:rPr>
        <w:t xml:space="preserve"> inclusiv pe baza criteriilor financiare și a relațiilor cu alte întreprinderi. Organizațiile și instituțiile indică propria calitate, distinct de categoria membrilor reprezentați.</w:t>
      </w:r>
    </w:p>
    <w:p w14:paraId="55A63031" w14:textId="77777777" w:rsidR="001F4E60" w:rsidRPr="00464025" w:rsidRDefault="001F4E60" w:rsidP="001F4E60">
      <w:pPr>
        <w:spacing w:after="120" w:line="276" w:lineRule="auto"/>
        <w:jc w:val="both"/>
        <w:rPr>
          <w:rFonts w:ascii="Trebuchet MS" w:hAnsi="Trebuchet MS"/>
          <w:sz w:val="23"/>
          <w:szCs w:val="23"/>
          <w:lang w:val="it-IT"/>
        </w:rPr>
      </w:pPr>
    </w:p>
    <w:p w14:paraId="6393A59C" w14:textId="77777777" w:rsidR="001F4E60"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Număr mediu anual de sal</w:t>
      </w:r>
      <w:r w:rsidR="001F4E60" w:rsidRPr="00464025">
        <w:rPr>
          <w:rFonts w:ascii="Trebuchet MS" w:hAnsi="Trebuchet MS"/>
          <w:sz w:val="23"/>
          <w:szCs w:val="23"/>
          <w:lang w:val="it-IT"/>
        </w:rPr>
        <w:t>ariați, dacă este cunoscut: […]</w:t>
      </w:r>
    </w:p>
    <w:p w14:paraId="32453B66" w14:textId="77777777" w:rsidR="001F4E60"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 xml:space="preserve">Pentru organizații: opinie proprie / sinteză a consultării membrilor. </w:t>
      </w:r>
    </w:p>
    <w:p w14:paraId="250476D9" w14:textId="77777777" w:rsidR="001F4E60" w:rsidRDefault="006C652A" w:rsidP="001F4E60">
      <w:pPr>
        <w:spacing w:after="120" w:line="276" w:lineRule="auto"/>
        <w:jc w:val="both"/>
        <w:rPr>
          <w:rFonts w:ascii="Trebuchet MS" w:hAnsi="Trebuchet MS"/>
          <w:sz w:val="23"/>
          <w:szCs w:val="23"/>
        </w:rPr>
      </w:pPr>
      <w:proofErr w:type="spellStart"/>
      <w:r w:rsidRPr="001F4E60">
        <w:rPr>
          <w:rFonts w:ascii="Trebuchet MS" w:hAnsi="Trebuchet MS"/>
          <w:sz w:val="23"/>
          <w:szCs w:val="23"/>
        </w:rPr>
        <w:t>Numărul</w:t>
      </w:r>
      <w:proofErr w:type="spellEnd"/>
      <w:r w:rsidRPr="001F4E60">
        <w:rPr>
          <w:rFonts w:ascii="Trebuchet MS" w:hAnsi="Trebuchet MS"/>
          <w:sz w:val="23"/>
          <w:szCs w:val="23"/>
        </w:rPr>
        <w:t xml:space="preserve"> </w:t>
      </w:r>
      <w:proofErr w:type="spellStart"/>
      <w:r w:rsidRPr="001F4E60">
        <w:rPr>
          <w:rFonts w:ascii="Trebuchet MS" w:hAnsi="Trebuchet MS"/>
          <w:sz w:val="23"/>
          <w:szCs w:val="23"/>
        </w:rPr>
        <w:t>membrilor</w:t>
      </w:r>
      <w:proofErr w:type="spellEnd"/>
      <w:r w:rsidR="001F4E60">
        <w:rPr>
          <w:rStyle w:val="FootnoteReference"/>
          <w:rFonts w:ascii="Trebuchet MS" w:hAnsi="Trebuchet MS"/>
          <w:sz w:val="23"/>
          <w:szCs w:val="23"/>
        </w:rPr>
        <w:footnoteReference w:id="1"/>
      </w:r>
      <w:r w:rsidRPr="001F4E60">
        <w:rPr>
          <w:rFonts w:ascii="Trebuchet MS" w:hAnsi="Trebuchet MS"/>
          <w:sz w:val="23"/>
          <w:szCs w:val="23"/>
        </w:rPr>
        <w:t xml:space="preserve"> care au </w:t>
      </w:r>
      <w:proofErr w:type="spellStart"/>
      <w:r w:rsidRPr="001F4E60">
        <w:rPr>
          <w:rFonts w:ascii="Trebuchet MS" w:hAnsi="Trebuchet MS"/>
          <w:sz w:val="23"/>
          <w:szCs w:val="23"/>
        </w:rPr>
        <w:t>contribuit</w:t>
      </w:r>
      <w:proofErr w:type="spellEnd"/>
      <w:r w:rsidRPr="001F4E60">
        <w:rPr>
          <w:rFonts w:ascii="Trebuchet MS" w:hAnsi="Trebuchet MS"/>
          <w:sz w:val="23"/>
          <w:szCs w:val="23"/>
        </w:rPr>
        <w:t xml:space="preserve"> </w:t>
      </w:r>
      <w:proofErr w:type="spellStart"/>
      <w:r w:rsidRPr="001F4E60">
        <w:rPr>
          <w:rFonts w:ascii="Trebuchet MS" w:hAnsi="Trebuchet MS"/>
          <w:sz w:val="23"/>
          <w:szCs w:val="23"/>
        </w:rPr>
        <w:t>efectiv</w:t>
      </w:r>
      <w:proofErr w:type="spellEnd"/>
      <w:r w:rsidRPr="001F4E60">
        <w:rPr>
          <w:rFonts w:ascii="Trebuchet MS" w:hAnsi="Trebuchet MS"/>
          <w:sz w:val="23"/>
          <w:szCs w:val="23"/>
        </w:rPr>
        <w:t xml:space="preserve">: […] / </w:t>
      </w:r>
      <w:proofErr w:type="spellStart"/>
      <w:r w:rsidRPr="001F4E60">
        <w:rPr>
          <w:rFonts w:ascii="Trebuchet MS" w:hAnsi="Trebuchet MS"/>
          <w:sz w:val="23"/>
          <w:szCs w:val="23"/>
        </w:rPr>
        <w:t>neprecizat</w:t>
      </w:r>
      <w:proofErr w:type="spellEnd"/>
      <w:r w:rsidRPr="001F4E60">
        <w:rPr>
          <w:rFonts w:ascii="Trebuchet MS" w:hAnsi="Trebuchet MS"/>
          <w:sz w:val="23"/>
          <w:szCs w:val="23"/>
        </w:rPr>
        <w:t xml:space="preserve">. </w:t>
      </w:r>
    </w:p>
    <w:p w14:paraId="37501E8D" w14:textId="77777777" w:rsidR="001F4E60" w:rsidRDefault="001F4E60" w:rsidP="001F4E60">
      <w:pPr>
        <w:spacing w:after="120" w:line="276" w:lineRule="auto"/>
        <w:jc w:val="both"/>
        <w:rPr>
          <w:rFonts w:ascii="Trebuchet MS" w:hAnsi="Trebuchet MS"/>
          <w:sz w:val="23"/>
          <w:szCs w:val="23"/>
        </w:rPr>
      </w:pPr>
    </w:p>
    <w:p w14:paraId="17B0D826" w14:textId="77777777" w:rsidR="00B9017B" w:rsidRPr="00464025" w:rsidRDefault="006C652A" w:rsidP="001F4E60">
      <w:pPr>
        <w:spacing w:after="120" w:line="276" w:lineRule="auto"/>
        <w:jc w:val="both"/>
        <w:rPr>
          <w:rFonts w:ascii="Trebuchet MS" w:hAnsi="Trebuchet MS"/>
          <w:b/>
          <w:sz w:val="23"/>
          <w:szCs w:val="23"/>
          <w:lang w:val="it-IT"/>
        </w:rPr>
      </w:pPr>
      <w:r w:rsidRPr="00464025">
        <w:rPr>
          <w:rFonts w:ascii="Trebuchet MS" w:hAnsi="Trebuchet MS"/>
          <w:b/>
          <w:sz w:val="23"/>
          <w:szCs w:val="23"/>
          <w:lang w:val="it-IT"/>
        </w:rPr>
        <w:t>Experiența de recrutare</w:t>
      </w:r>
    </w:p>
    <w:p w14:paraId="7660E3DF" w14:textId="77777777" w:rsidR="001F4E60" w:rsidRPr="00464025" w:rsidRDefault="001F4E60" w:rsidP="001F4E60">
      <w:pPr>
        <w:spacing w:after="120" w:line="276" w:lineRule="auto"/>
        <w:jc w:val="both"/>
        <w:rPr>
          <w:rFonts w:ascii="Trebuchet MS" w:hAnsi="Trebuchet MS"/>
          <w:sz w:val="23"/>
          <w:szCs w:val="23"/>
          <w:lang w:val="it-IT"/>
        </w:rPr>
      </w:pPr>
    </w:p>
    <w:p w14:paraId="7E12D972" w14:textId="77777777" w:rsidR="001F4E60"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 xml:space="preserve">1. Ați întâmpinat dificultăți în ocuparea unor posturi din ocupațiile vizate de Listă? </w:t>
      </w:r>
    </w:p>
    <w:p w14:paraId="342CD8EF" w14:textId="77777777" w:rsidR="001F4E60"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 xml:space="preserve">□ da </w:t>
      </w:r>
    </w:p>
    <w:p w14:paraId="378B1FAB" w14:textId="77777777" w:rsidR="001F4E60"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 xml:space="preserve">□ nu </w:t>
      </w:r>
    </w:p>
    <w:p w14:paraId="6F4AAA9A" w14:textId="77777777" w:rsidR="001F4E60"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 xml:space="preserve">□ nu este cazul </w:t>
      </w:r>
    </w:p>
    <w:p w14:paraId="1E7FBABA" w14:textId="77777777" w:rsidR="001F4E60"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 xml:space="preserve">□ nu pot aprecia. </w:t>
      </w:r>
    </w:p>
    <w:p w14:paraId="252B30E3" w14:textId="77777777" w:rsidR="00B9017B"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Ocupație/cod COR, județ și perioadă:</w:t>
      </w:r>
    </w:p>
    <w:p w14:paraId="04FF3A9A" w14:textId="77777777" w:rsidR="00B9017B"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w:t>
      </w:r>
    </w:p>
    <w:p w14:paraId="4E77DA05" w14:textId="77777777" w:rsidR="001F4E60" w:rsidRPr="00464025" w:rsidRDefault="001F4E60" w:rsidP="001F4E60">
      <w:pPr>
        <w:spacing w:after="120" w:line="276" w:lineRule="auto"/>
        <w:jc w:val="both"/>
        <w:rPr>
          <w:rFonts w:ascii="Trebuchet MS" w:hAnsi="Trebuchet MS"/>
          <w:sz w:val="23"/>
          <w:szCs w:val="23"/>
          <w:lang w:val="it-IT"/>
        </w:rPr>
      </w:pPr>
    </w:p>
    <w:p w14:paraId="66F3D4DF" w14:textId="77777777" w:rsidR="00B9017B"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2. Dacă ați indicat dificultăți, precizați numărul posturilor neocupate, perioada, demersurile de recrutare și efectele asupra activității. Pentru organizații, indicați sursa exemplelor prezentate.</w:t>
      </w:r>
    </w:p>
    <w:p w14:paraId="333A4DCC" w14:textId="77777777" w:rsidR="00B9017B"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w:t>
      </w:r>
    </w:p>
    <w:p w14:paraId="5EC75C55" w14:textId="77777777" w:rsidR="00B9017B"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w:t>
      </w:r>
    </w:p>
    <w:p w14:paraId="212DFED3" w14:textId="77777777" w:rsidR="00B47C84" w:rsidRPr="00464025" w:rsidRDefault="00B47C84" w:rsidP="00B47C84">
      <w:pPr>
        <w:spacing w:after="120" w:line="276" w:lineRule="auto"/>
        <w:jc w:val="both"/>
        <w:rPr>
          <w:rFonts w:ascii="Trebuchet MS" w:hAnsi="Trebuchet MS"/>
          <w:sz w:val="23"/>
          <w:szCs w:val="23"/>
          <w:lang w:val="it-IT"/>
        </w:rPr>
      </w:pPr>
      <w:r w:rsidRPr="00464025">
        <w:rPr>
          <w:rFonts w:ascii="Trebuchet MS" w:hAnsi="Trebuchet MS"/>
          <w:sz w:val="23"/>
          <w:szCs w:val="23"/>
          <w:lang w:val="it-IT"/>
        </w:rPr>
        <w:t>................................................................................................................</w:t>
      </w:r>
    </w:p>
    <w:p w14:paraId="7C95A53D" w14:textId="77777777" w:rsidR="00B47C84" w:rsidRPr="00464025" w:rsidRDefault="00B47C84" w:rsidP="00B47C84">
      <w:pPr>
        <w:spacing w:after="120" w:line="276" w:lineRule="auto"/>
        <w:jc w:val="both"/>
        <w:rPr>
          <w:rFonts w:ascii="Trebuchet MS" w:hAnsi="Trebuchet MS"/>
          <w:sz w:val="23"/>
          <w:szCs w:val="23"/>
          <w:lang w:val="it-IT"/>
        </w:rPr>
      </w:pPr>
      <w:r w:rsidRPr="00464025">
        <w:rPr>
          <w:rFonts w:ascii="Trebuchet MS" w:hAnsi="Trebuchet MS"/>
          <w:sz w:val="23"/>
          <w:szCs w:val="23"/>
          <w:lang w:val="it-IT"/>
        </w:rPr>
        <w:t>................................................................................................................</w:t>
      </w:r>
    </w:p>
    <w:p w14:paraId="13F10508" w14:textId="77777777" w:rsidR="001F4E60" w:rsidRPr="00464025" w:rsidRDefault="001F4E60" w:rsidP="001F4E60">
      <w:pPr>
        <w:spacing w:after="120" w:line="276" w:lineRule="auto"/>
        <w:jc w:val="both"/>
        <w:rPr>
          <w:rFonts w:ascii="Trebuchet MS" w:hAnsi="Trebuchet MS"/>
          <w:b/>
          <w:sz w:val="23"/>
          <w:szCs w:val="23"/>
          <w:lang w:val="it-IT"/>
        </w:rPr>
      </w:pPr>
    </w:p>
    <w:p w14:paraId="205ABEBA" w14:textId="77777777" w:rsidR="00B9017B" w:rsidRPr="00464025" w:rsidRDefault="006C652A" w:rsidP="001F4E60">
      <w:pPr>
        <w:spacing w:after="120" w:line="276" w:lineRule="auto"/>
        <w:jc w:val="both"/>
        <w:rPr>
          <w:rFonts w:ascii="Trebuchet MS" w:hAnsi="Trebuchet MS"/>
          <w:b/>
          <w:sz w:val="23"/>
          <w:szCs w:val="23"/>
          <w:lang w:val="it-IT"/>
        </w:rPr>
      </w:pPr>
      <w:r w:rsidRPr="00464025">
        <w:rPr>
          <w:rFonts w:ascii="Trebuchet MS" w:hAnsi="Trebuchet MS"/>
          <w:b/>
          <w:sz w:val="23"/>
          <w:szCs w:val="23"/>
          <w:lang w:val="it-IT"/>
        </w:rPr>
        <w:t>Evaluarea celor două modificări</w:t>
      </w:r>
    </w:p>
    <w:p w14:paraId="5453AF99" w14:textId="77777777" w:rsidR="001F4E60" w:rsidRPr="00464025" w:rsidRDefault="001F4E60" w:rsidP="001F4E60">
      <w:pPr>
        <w:spacing w:after="120" w:line="276" w:lineRule="auto"/>
        <w:jc w:val="both"/>
        <w:rPr>
          <w:rFonts w:ascii="Trebuchet MS" w:hAnsi="Trebuchet MS"/>
          <w:b/>
          <w:sz w:val="23"/>
          <w:szCs w:val="23"/>
          <w:lang w:val="it-IT"/>
        </w:rPr>
      </w:pPr>
    </w:p>
    <w:p w14:paraId="29846C1B" w14:textId="77777777" w:rsidR="00B9017B"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 xml:space="preserve">Pragurile se calculează la nivel național pentru fiecare ocupație: la art. 6 se propun 5 CIM și 5 avize, iar la art. 11 numai 5 CIM. Termenul de 10 zile calendaristice privește analiza, </w:t>
      </w:r>
      <w:r w:rsidRPr="00464025">
        <w:rPr>
          <w:rFonts w:ascii="Trebuchet MS" w:hAnsi="Trebuchet MS"/>
          <w:sz w:val="23"/>
          <w:szCs w:val="23"/>
          <w:lang w:val="it-IT"/>
        </w:rPr>
        <w:lastRenderedPageBreak/>
        <w:t>comunicarea rezultatului și, după caz, inițierea actualizării; adoptarea și publicarea ordinului urmează procedurile legale.</w:t>
      </w:r>
    </w:p>
    <w:p w14:paraId="58341462" w14:textId="77777777" w:rsidR="001F4E60" w:rsidRPr="00464025" w:rsidRDefault="001F4E60" w:rsidP="001F4E60">
      <w:pPr>
        <w:spacing w:after="120" w:line="276" w:lineRule="auto"/>
        <w:jc w:val="both"/>
        <w:rPr>
          <w:rFonts w:ascii="Trebuchet MS" w:hAnsi="Trebuchet MS"/>
          <w:sz w:val="23"/>
          <w:szCs w:val="23"/>
          <w:lang w:val="it-IT"/>
        </w:rPr>
      </w:pPr>
    </w:p>
    <w:p w14:paraId="60FEE5DE" w14:textId="77777777" w:rsidR="00B47C84"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3. Ce efect estimați că ar avea reducerea de la 10 la 5 a pragurilor CIM și avizelor de angajare asupra activității întreprinderii sau</w:t>
      </w:r>
      <w:r w:rsidR="00B47C84" w:rsidRPr="00464025">
        <w:rPr>
          <w:rFonts w:ascii="Trebuchet MS" w:hAnsi="Trebuchet MS"/>
          <w:sz w:val="23"/>
          <w:szCs w:val="23"/>
          <w:lang w:val="it-IT"/>
        </w:rPr>
        <w:t xml:space="preserve"> întreprinderilor reprezentate?</w:t>
      </w:r>
    </w:p>
    <w:p w14:paraId="2DC54F90" w14:textId="77777777" w:rsidR="00B47C84"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 xml:space="preserve">□ pozitiv </w:t>
      </w:r>
    </w:p>
    <w:p w14:paraId="058A1FF5" w14:textId="77777777" w:rsidR="00B47C84"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 xml:space="preserve">□ negativ </w:t>
      </w:r>
    </w:p>
    <w:p w14:paraId="1EF8A8E9" w14:textId="77777777" w:rsidR="00B47C84"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 xml:space="preserve">□ mixt </w:t>
      </w:r>
    </w:p>
    <w:p w14:paraId="4474C13F" w14:textId="77777777" w:rsidR="00B47C84"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 xml:space="preserve">□ fără efect </w:t>
      </w:r>
    </w:p>
    <w:p w14:paraId="4E26561E" w14:textId="77777777" w:rsidR="00B47C84"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 xml:space="preserve">□ necunoscut. </w:t>
      </w:r>
    </w:p>
    <w:p w14:paraId="2FC29AA3" w14:textId="77777777" w:rsidR="00B47C84" w:rsidRPr="00464025" w:rsidRDefault="00B47C84" w:rsidP="001F4E60">
      <w:pPr>
        <w:spacing w:after="120" w:line="276" w:lineRule="auto"/>
        <w:jc w:val="both"/>
        <w:rPr>
          <w:rFonts w:ascii="Trebuchet MS" w:hAnsi="Trebuchet MS"/>
          <w:sz w:val="23"/>
          <w:szCs w:val="23"/>
          <w:lang w:val="it-IT"/>
        </w:rPr>
      </w:pPr>
    </w:p>
    <w:p w14:paraId="57B31B9B" w14:textId="77777777" w:rsidR="00B9017B"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Explicați, inclusiv ocupațiile vizate:</w:t>
      </w:r>
    </w:p>
    <w:p w14:paraId="0D36F296" w14:textId="77777777" w:rsidR="00B9017B"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w:t>
      </w:r>
    </w:p>
    <w:p w14:paraId="10051FD7" w14:textId="77777777" w:rsidR="00B9017B"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w:t>
      </w:r>
    </w:p>
    <w:p w14:paraId="2FA32930" w14:textId="77777777" w:rsidR="00B47C84" w:rsidRPr="00464025" w:rsidRDefault="00B47C84" w:rsidP="00B47C84">
      <w:pPr>
        <w:spacing w:after="120" w:line="276" w:lineRule="auto"/>
        <w:jc w:val="both"/>
        <w:rPr>
          <w:rFonts w:ascii="Trebuchet MS" w:hAnsi="Trebuchet MS"/>
          <w:sz w:val="23"/>
          <w:szCs w:val="23"/>
          <w:lang w:val="it-IT"/>
        </w:rPr>
      </w:pPr>
      <w:r w:rsidRPr="00464025">
        <w:rPr>
          <w:rFonts w:ascii="Trebuchet MS" w:hAnsi="Trebuchet MS"/>
          <w:sz w:val="23"/>
          <w:szCs w:val="23"/>
          <w:lang w:val="it-IT"/>
        </w:rPr>
        <w:t>................................................................................................................</w:t>
      </w:r>
    </w:p>
    <w:p w14:paraId="216FE51D" w14:textId="77777777" w:rsidR="00B47C84" w:rsidRPr="00464025" w:rsidRDefault="00B47C84" w:rsidP="00B47C84">
      <w:pPr>
        <w:spacing w:after="120" w:line="276" w:lineRule="auto"/>
        <w:jc w:val="both"/>
        <w:rPr>
          <w:rFonts w:ascii="Trebuchet MS" w:hAnsi="Trebuchet MS"/>
          <w:sz w:val="23"/>
          <w:szCs w:val="23"/>
          <w:lang w:val="it-IT"/>
        </w:rPr>
      </w:pPr>
      <w:r w:rsidRPr="00464025">
        <w:rPr>
          <w:rFonts w:ascii="Trebuchet MS" w:hAnsi="Trebuchet MS"/>
          <w:sz w:val="23"/>
          <w:szCs w:val="23"/>
          <w:lang w:val="it-IT"/>
        </w:rPr>
        <w:t>................................................................................................................</w:t>
      </w:r>
    </w:p>
    <w:p w14:paraId="5CB558BC" w14:textId="77777777" w:rsidR="000C72FD" w:rsidRPr="00464025" w:rsidRDefault="000C72FD" w:rsidP="001F4E60">
      <w:pPr>
        <w:spacing w:after="120" w:line="276" w:lineRule="auto"/>
        <w:jc w:val="both"/>
        <w:rPr>
          <w:rFonts w:ascii="Trebuchet MS" w:hAnsi="Trebuchet MS"/>
          <w:sz w:val="23"/>
          <w:szCs w:val="23"/>
          <w:lang w:val="it-IT"/>
        </w:rPr>
      </w:pPr>
    </w:p>
    <w:p w14:paraId="3419FDEA" w14:textId="77777777" w:rsidR="001F4E60"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4. Ce opțiune apreciați ca adecvată pentru criteriile art. 6 și de ce?</w:t>
      </w:r>
    </w:p>
    <w:p w14:paraId="642EB6C6" w14:textId="77777777" w:rsidR="001F4E60"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 xml:space="preserve">□ menținerea pragurilor 10 CIM și 10 avize </w:t>
      </w:r>
    </w:p>
    <w:p w14:paraId="6F26AFAE" w14:textId="77777777" w:rsidR="001F4E60"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 xml:space="preserve">□ praguri de 5 CIM și 5 avize </w:t>
      </w:r>
    </w:p>
    <w:p w14:paraId="3A2E99AD" w14:textId="77777777" w:rsidR="001F4E60"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 xml:space="preserve">□ altă soluție […] </w:t>
      </w:r>
    </w:p>
    <w:p w14:paraId="28CA583E" w14:textId="77777777" w:rsidR="001F4E60"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 nu pot aprecia.</w:t>
      </w:r>
    </w:p>
    <w:p w14:paraId="75A8068E" w14:textId="77777777" w:rsidR="001F4E60" w:rsidRPr="00464025" w:rsidRDefault="001F4E60" w:rsidP="001F4E60">
      <w:pPr>
        <w:spacing w:after="120" w:line="276" w:lineRule="auto"/>
        <w:jc w:val="both"/>
        <w:rPr>
          <w:rFonts w:ascii="Trebuchet MS" w:hAnsi="Trebuchet MS"/>
          <w:sz w:val="23"/>
          <w:szCs w:val="23"/>
          <w:lang w:val="it-IT"/>
        </w:rPr>
      </w:pPr>
    </w:p>
    <w:p w14:paraId="4A107317" w14:textId="77777777" w:rsidR="001F4E60" w:rsidRPr="00464025" w:rsidRDefault="001F4E60"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 xml:space="preserve">5. </w:t>
      </w:r>
      <w:r w:rsidR="006C652A" w:rsidRPr="00464025">
        <w:rPr>
          <w:rFonts w:ascii="Trebuchet MS" w:hAnsi="Trebuchet MS"/>
          <w:sz w:val="23"/>
          <w:szCs w:val="23"/>
          <w:lang w:val="it-IT"/>
        </w:rPr>
        <w:t xml:space="preserve">Pentru actualizarea semestrială, care utilizează pragul CIM: </w:t>
      </w:r>
    </w:p>
    <w:p w14:paraId="741C1CC8" w14:textId="77777777" w:rsidR="001F4E60"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 xml:space="preserve">□ 10 CIM </w:t>
      </w:r>
    </w:p>
    <w:p w14:paraId="75892647" w14:textId="77777777" w:rsidR="001F4E60"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 xml:space="preserve">□ 5 CIM </w:t>
      </w:r>
    </w:p>
    <w:p w14:paraId="298E7B4A" w14:textId="77777777" w:rsidR="001F4E60"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 xml:space="preserve">□ altă soluție […] </w:t>
      </w:r>
    </w:p>
    <w:p w14:paraId="5A1C8559" w14:textId="77777777" w:rsidR="00B9017B"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 nu pot aprecia.</w:t>
      </w:r>
    </w:p>
    <w:p w14:paraId="13347B68" w14:textId="77777777" w:rsidR="00B9017B"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w:t>
      </w:r>
    </w:p>
    <w:p w14:paraId="5F6EF09D" w14:textId="77777777" w:rsidR="00B47C84" w:rsidRPr="00464025" w:rsidRDefault="00B47C84" w:rsidP="00B47C84">
      <w:pPr>
        <w:spacing w:after="120" w:line="276" w:lineRule="auto"/>
        <w:jc w:val="both"/>
        <w:rPr>
          <w:rFonts w:ascii="Trebuchet MS" w:hAnsi="Trebuchet MS"/>
          <w:sz w:val="23"/>
          <w:szCs w:val="23"/>
          <w:lang w:val="it-IT"/>
        </w:rPr>
      </w:pPr>
      <w:r w:rsidRPr="00464025">
        <w:rPr>
          <w:rFonts w:ascii="Trebuchet MS" w:hAnsi="Trebuchet MS"/>
          <w:sz w:val="23"/>
          <w:szCs w:val="23"/>
          <w:lang w:val="it-IT"/>
        </w:rPr>
        <w:t>................................................................................................................</w:t>
      </w:r>
    </w:p>
    <w:p w14:paraId="3E119AD7" w14:textId="77777777" w:rsidR="00B47C84" w:rsidRPr="00464025" w:rsidRDefault="00B47C84" w:rsidP="00B47C84">
      <w:pPr>
        <w:spacing w:after="120" w:line="276" w:lineRule="auto"/>
        <w:jc w:val="both"/>
        <w:rPr>
          <w:rFonts w:ascii="Trebuchet MS" w:hAnsi="Trebuchet MS"/>
          <w:sz w:val="23"/>
          <w:szCs w:val="23"/>
          <w:lang w:val="it-IT"/>
        </w:rPr>
      </w:pPr>
      <w:r w:rsidRPr="00464025">
        <w:rPr>
          <w:rFonts w:ascii="Trebuchet MS" w:hAnsi="Trebuchet MS"/>
          <w:sz w:val="23"/>
          <w:szCs w:val="23"/>
          <w:lang w:val="it-IT"/>
        </w:rPr>
        <w:t>................................................................................................................</w:t>
      </w:r>
    </w:p>
    <w:p w14:paraId="446E01D9" w14:textId="77777777" w:rsidR="00B47C84" w:rsidRPr="00464025" w:rsidRDefault="00B47C84" w:rsidP="00B47C84">
      <w:pPr>
        <w:spacing w:after="120" w:line="276" w:lineRule="auto"/>
        <w:jc w:val="both"/>
        <w:rPr>
          <w:rFonts w:ascii="Trebuchet MS" w:hAnsi="Trebuchet MS"/>
          <w:sz w:val="23"/>
          <w:szCs w:val="23"/>
          <w:lang w:val="it-IT"/>
        </w:rPr>
      </w:pPr>
      <w:r w:rsidRPr="00464025">
        <w:rPr>
          <w:rFonts w:ascii="Trebuchet MS" w:hAnsi="Trebuchet MS"/>
          <w:sz w:val="23"/>
          <w:szCs w:val="23"/>
          <w:lang w:val="it-IT"/>
        </w:rPr>
        <w:t>................................................................................................................</w:t>
      </w:r>
    </w:p>
    <w:p w14:paraId="4B49B035" w14:textId="77777777" w:rsidR="001F4E60" w:rsidRPr="00464025" w:rsidRDefault="001F4E60" w:rsidP="001F4E60">
      <w:pPr>
        <w:spacing w:after="120" w:line="276" w:lineRule="auto"/>
        <w:jc w:val="both"/>
        <w:rPr>
          <w:rFonts w:ascii="Trebuchet MS" w:hAnsi="Trebuchet MS"/>
          <w:sz w:val="23"/>
          <w:szCs w:val="23"/>
          <w:lang w:val="it-IT"/>
        </w:rPr>
      </w:pPr>
    </w:p>
    <w:p w14:paraId="64F9BAF1" w14:textId="77777777" w:rsidR="001F4E60" w:rsidRPr="00464025" w:rsidRDefault="001F4E60"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6</w:t>
      </w:r>
      <w:r w:rsidR="006C652A" w:rsidRPr="00464025">
        <w:rPr>
          <w:rFonts w:ascii="Trebuchet MS" w:hAnsi="Trebuchet MS"/>
          <w:sz w:val="23"/>
          <w:szCs w:val="23"/>
          <w:lang w:val="it-IT"/>
        </w:rPr>
        <w:t>. Cum evaluați termenul propus de 10 zile pentru analiza situațiilor de excepție?</w:t>
      </w:r>
    </w:p>
    <w:p w14:paraId="5B8599A6" w14:textId="77777777" w:rsidR="001F4E60"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 xml:space="preserve">□ adecvat </w:t>
      </w:r>
    </w:p>
    <w:p w14:paraId="2F6456F0" w14:textId="77777777" w:rsidR="001F4E60"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 xml:space="preserve">□ prea scurt </w:t>
      </w:r>
    </w:p>
    <w:p w14:paraId="376802AA" w14:textId="77777777" w:rsidR="001F4E60"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 xml:space="preserve">□ prea lung </w:t>
      </w:r>
    </w:p>
    <w:p w14:paraId="2C3B068E" w14:textId="77777777" w:rsidR="001F4E60"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 xml:space="preserve">□ fără relevanță pentru activitatea noastră </w:t>
      </w:r>
    </w:p>
    <w:p w14:paraId="6F774468" w14:textId="77777777" w:rsidR="001F4E60"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 xml:space="preserve">□ nu pot aprecia. </w:t>
      </w:r>
    </w:p>
    <w:p w14:paraId="4D884D48" w14:textId="77777777" w:rsidR="001F4E60" w:rsidRPr="00464025" w:rsidRDefault="001F4E60" w:rsidP="001F4E60">
      <w:pPr>
        <w:spacing w:after="120" w:line="276" w:lineRule="auto"/>
        <w:jc w:val="both"/>
        <w:rPr>
          <w:rFonts w:ascii="Trebuchet MS" w:hAnsi="Trebuchet MS"/>
          <w:sz w:val="23"/>
          <w:szCs w:val="23"/>
          <w:lang w:val="it-IT"/>
        </w:rPr>
      </w:pPr>
    </w:p>
    <w:p w14:paraId="0109949C" w14:textId="77777777" w:rsidR="00B9017B" w:rsidRPr="00464025" w:rsidRDefault="001F4E60"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7</w:t>
      </w:r>
      <w:r w:rsidR="006C652A" w:rsidRPr="00464025">
        <w:rPr>
          <w:rFonts w:ascii="Trebuchet MS" w:hAnsi="Trebuchet MS"/>
          <w:sz w:val="23"/>
          <w:szCs w:val="23"/>
          <w:lang w:val="it-IT"/>
        </w:rPr>
        <w:t>. În raport cu prevederile proiectului referitoare la justificarea propunerii de actualizare, ce date apreciați că pot fi furnizate de întreprindere și ce date pot fi verificate în evidențele instituțiilor? Indicați eventualele costuri estimate.</w:t>
      </w:r>
    </w:p>
    <w:p w14:paraId="6796C2CA" w14:textId="77777777" w:rsidR="00B9017B"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w:t>
      </w:r>
    </w:p>
    <w:p w14:paraId="1DBBC057" w14:textId="77777777" w:rsidR="00B9017B"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w:t>
      </w:r>
    </w:p>
    <w:p w14:paraId="46CE7956" w14:textId="77777777" w:rsidR="00B47C84" w:rsidRPr="00464025" w:rsidRDefault="00B47C84" w:rsidP="00B47C84">
      <w:pPr>
        <w:spacing w:after="120" w:line="276" w:lineRule="auto"/>
        <w:jc w:val="both"/>
        <w:rPr>
          <w:rFonts w:ascii="Trebuchet MS" w:hAnsi="Trebuchet MS"/>
          <w:sz w:val="23"/>
          <w:szCs w:val="23"/>
          <w:lang w:val="it-IT"/>
        </w:rPr>
      </w:pPr>
      <w:r w:rsidRPr="00464025">
        <w:rPr>
          <w:rFonts w:ascii="Trebuchet MS" w:hAnsi="Trebuchet MS"/>
          <w:sz w:val="23"/>
          <w:szCs w:val="23"/>
          <w:lang w:val="it-IT"/>
        </w:rPr>
        <w:t>................................................................................................................</w:t>
      </w:r>
    </w:p>
    <w:p w14:paraId="7A11A6C4" w14:textId="77777777" w:rsidR="00B47C84" w:rsidRPr="00464025" w:rsidRDefault="00B47C84" w:rsidP="00B47C84">
      <w:pPr>
        <w:spacing w:after="120" w:line="276" w:lineRule="auto"/>
        <w:jc w:val="both"/>
        <w:rPr>
          <w:rFonts w:ascii="Trebuchet MS" w:hAnsi="Trebuchet MS"/>
          <w:sz w:val="23"/>
          <w:szCs w:val="23"/>
          <w:lang w:val="it-IT"/>
        </w:rPr>
      </w:pPr>
      <w:r w:rsidRPr="00464025">
        <w:rPr>
          <w:rFonts w:ascii="Trebuchet MS" w:hAnsi="Trebuchet MS"/>
          <w:sz w:val="23"/>
          <w:szCs w:val="23"/>
          <w:lang w:val="it-IT"/>
        </w:rPr>
        <w:t>................................................................................................................</w:t>
      </w:r>
    </w:p>
    <w:p w14:paraId="123794D5" w14:textId="77777777" w:rsidR="001F4E60" w:rsidRPr="00464025" w:rsidRDefault="001F4E60" w:rsidP="001F4E60">
      <w:pPr>
        <w:spacing w:after="120" w:line="276" w:lineRule="auto"/>
        <w:jc w:val="both"/>
        <w:rPr>
          <w:rFonts w:ascii="Trebuchet MS" w:hAnsi="Trebuchet MS"/>
          <w:sz w:val="23"/>
          <w:szCs w:val="23"/>
          <w:lang w:val="it-IT"/>
        </w:rPr>
      </w:pPr>
    </w:p>
    <w:p w14:paraId="79556AF2" w14:textId="77777777" w:rsidR="001F4E60" w:rsidRPr="00464025" w:rsidRDefault="001F4E60"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8</w:t>
      </w:r>
      <w:r w:rsidR="006C652A" w:rsidRPr="00464025">
        <w:rPr>
          <w:rFonts w:ascii="Trebuchet MS" w:hAnsi="Trebuchet MS"/>
          <w:sz w:val="23"/>
          <w:szCs w:val="23"/>
          <w:lang w:val="it-IT"/>
        </w:rPr>
        <w:t>. Apreciați că etapele și cerințele propuse pentru analiza de la art. 14 sunt clare și aplicabile?</w:t>
      </w:r>
    </w:p>
    <w:p w14:paraId="5CF4AF43" w14:textId="77777777" w:rsidR="001F4E60"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 xml:space="preserve">□ da </w:t>
      </w:r>
    </w:p>
    <w:p w14:paraId="31F4862A" w14:textId="77777777" w:rsidR="001F4E60"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 xml:space="preserve">□ parțial </w:t>
      </w:r>
    </w:p>
    <w:p w14:paraId="0CCBD785" w14:textId="77777777" w:rsidR="001F4E60"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 xml:space="preserve">□ nu □ </w:t>
      </w:r>
    </w:p>
    <w:p w14:paraId="0317D021" w14:textId="77777777" w:rsidR="001F4E60"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 xml:space="preserve">nu pot aprecia. </w:t>
      </w:r>
    </w:p>
    <w:p w14:paraId="4398280D" w14:textId="77777777" w:rsidR="001F4E60" w:rsidRPr="00464025" w:rsidRDefault="001F4E60" w:rsidP="001F4E60">
      <w:pPr>
        <w:spacing w:after="120" w:line="276" w:lineRule="auto"/>
        <w:jc w:val="both"/>
        <w:rPr>
          <w:rFonts w:ascii="Trebuchet MS" w:hAnsi="Trebuchet MS"/>
          <w:sz w:val="23"/>
          <w:szCs w:val="23"/>
          <w:lang w:val="it-IT"/>
        </w:rPr>
      </w:pPr>
    </w:p>
    <w:p w14:paraId="3F455F0E" w14:textId="77777777" w:rsidR="00B9017B" w:rsidRPr="00464025" w:rsidRDefault="001F4E60"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 xml:space="preserve">9. </w:t>
      </w:r>
      <w:r w:rsidR="006C652A" w:rsidRPr="00464025">
        <w:rPr>
          <w:rFonts w:ascii="Trebuchet MS" w:hAnsi="Trebuchet MS"/>
          <w:sz w:val="23"/>
          <w:szCs w:val="23"/>
          <w:lang w:val="it-IT"/>
        </w:rPr>
        <w:t>Precizați articolul și eventualele propuneri de reformulare.</w:t>
      </w:r>
    </w:p>
    <w:p w14:paraId="635C6EE1" w14:textId="77777777" w:rsidR="00B9017B"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w:t>
      </w:r>
    </w:p>
    <w:p w14:paraId="6C16A2EC" w14:textId="77777777" w:rsidR="00B47C84" w:rsidRPr="00464025" w:rsidRDefault="00B47C84" w:rsidP="00B47C84">
      <w:pPr>
        <w:spacing w:after="120" w:line="276" w:lineRule="auto"/>
        <w:jc w:val="both"/>
        <w:rPr>
          <w:rFonts w:ascii="Trebuchet MS" w:hAnsi="Trebuchet MS"/>
          <w:sz w:val="23"/>
          <w:szCs w:val="23"/>
          <w:lang w:val="it-IT"/>
        </w:rPr>
      </w:pPr>
      <w:r w:rsidRPr="00464025">
        <w:rPr>
          <w:rFonts w:ascii="Trebuchet MS" w:hAnsi="Trebuchet MS"/>
          <w:sz w:val="23"/>
          <w:szCs w:val="23"/>
          <w:lang w:val="it-IT"/>
        </w:rPr>
        <w:t>................................................................................................................</w:t>
      </w:r>
    </w:p>
    <w:p w14:paraId="3B753B3C" w14:textId="77777777" w:rsidR="00B47C84" w:rsidRPr="00464025" w:rsidRDefault="00B47C84" w:rsidP="00B47C84">
      <w:pPr>
        <w:spacing w:after="120" w:line="276" w:lineRule="auto"/>
        <w:jc w:val="both"/>
        <w:rPr>
          <w:rFonts w:ascii="Trebuchet MS" w:hAnsi="Trebuchet MS"/>
          <w:sz w:val="23"/>
          <w:szCs w:val="23"/>
          <w:lang w:val="it-IT"/>
        </w:rPr>
      </w:pPr>
      <w:r w:rsidRPr="00464025">
        <w:rPr>
          <w:rFonts w:ascii="Trebuchet MS" w:hAnsi="Trebuchet MS"/>
          <w:sz w:val="23"/>
          <w:szCs w:val="23"/>
          <w:lang w:val="it-IT"/>
        </w:rPr>
        <w:t>................................................................................................................</w:t>
      </w:r>
    </w:p>
    <w:p w14:paraId="1B6E3E3F" w14:textId="77777777" w:rsidR="00B47C84" w:rsidRPr="00464025" w:rsidRDefault="00B47C84" w:rsidP="00B47C84">
      <w:pPr>
        <w:spacing w:after="120" w:line="276" w:lineRule="auto"/>
        <w:jc w:val="both"/>
        <w:rPr>
          <w:rFonts w:ascii="Trebuchet MS" w:hAnsi="Trebuchet MS"/>
          <w:sz w:val="23"/>
          <w:szCs w:val="23"/>
          <w:lang w:val="it-IT"/>
        </w:rPr>
      </w:pPr>
      <w:r w:rsidRPr="00464025">
        <w:rPr>
          <w:rFonts w:ascii="Trebuchet MS" w:hAnsi="Trebuchet MS"/>
          <w:sz w:val="23"/>
          <w:szCs w:val="23"/>
          <w:lang w:val="it-IT"/>
        </w:rPr>
        <w:t>................................................................................................................</w:t>
      </w:r>
    </w:p>
    <w:p w14:paraId="6F56BB5E" w14:textId="77777777" w:rsidR="00B47C84" w:rsidRPr="00464025" w:rsidRDefault="00B47C84" w:rsidP="001F4E60">
      <w:pPr>
        <w:spacing w:after="120" w:line="276" w:lineRule="auto"/>
        <w:jc w:val="both"/>
        <w:rPr>
          <w:rFonts w:ascii="Trebuchet MS" w:hAnsi="Trebuchet MS"/>
          <w:sz w:val="23"/>
          <w:szCs w:val="23"/>
          <w:lang w:val="it-IT"/>
        </w:rPr>
      </w:pPr>
    </w:p>
    <w:p w14:paraId="6D5F0619" w14:textId="77777777" w:rsidR="00B9017B" w:rsidRPr="00464025" w:rsidRDefault="006C652A" w:rsidP="001F4E60">
      <w:pPr>
        <w:pStyle w:val="Heading1"/>
        <w:pageBreakBefore/>
        <w:spacing w:before="0" w:after="120" w:line="276" w:lineRule="auto"/>
        <w:jc w:val="both"/>
        <w:rPr>
          <w:rFonts w:ascii="Trebuchet MS" w:hAnsi="Trebuchet MS"/>
          <w:sz w:val="23"/>
          <w:szCs w:val="23"/>
          <w:lang w:val="it-IT"/>
        </w:rPr>
      </w:pPr>
      <w:r w:rsidRPr="00464025">
        <w:rPr>
          <w:rFonts w:ascii="Trebuchet MS" w:hAnsi="Trebuchet MS"/>
          <w:sz w:val="23"/>
          <w:szCs w:val="23"/>
          <w:lang w:val="it-IT"/>
        </w:rPr>
        <w:lastRenderedPageBreak/>
        <w:t>Costuri și efecte estimate</w:t>
      </w:r>
    </w:p>
    <w:p w14:paraId="7179DE25" w14:textId="77777777" w:rsidR="00B9017B" w:rsidRPr="001F4E60" w:rsidRDefault="006C652A" w:rsidP="001F4E60">
      <w:pPr>
        <w:spacing w:after="120" w:line="276" w:lineRule="auto"/>
        <w:jc w:val="both"/>
        <w:rPr>
          <w:rFonts w:ascii="Trebuchet MS" w:hAnsi="Trebuchet MS"/>
          <w:sz w:val="23"/>
          <w:szCs w:val="23"/>
        </w:rPr>
      </w:pPr>
      <w:r w:rsidRPr="00464025">
        <w:rPr>
          <w:rFonts w:ascii="Trebuchet MS" w:hAnsi="Trebuchet MS"/>
          <w:sz w:val="23"/>
          <w:szCs w:val="23"/>
          <w:lang w:val="it-IT"/>
        </w:rPr>
        <w:t xml:space="preserve">8. Pentru fiecare dimensiune indicați efectul estimat: pozitiv / negativ / mixt / fără efect / necunoscut. </w:t>
      </w:r>
      <w:proofErr w:type="spellStart"/>
      <w:r w:rsidRPr="001F4E60">
        <w:rPr>
          <w:rFonts w:ascii="Trebuchet MS" w:hAnsi="Trebuchet MS"/>
          <w:sz w:val="23"/>
          <w:szCs w:val="23"/>
        </w:rPr>
        <w:t>Explicați</w:t>
      </w:r>
      <w:proofErr w:type="spellEnd"/>
      <w:r w:rsidRPr="001F4E60">
        <w:rPr>
          <w:rFonts w:ascii="Trebuchet MS" w:hAnsi="Trebuchet MS"/>
          <w:sz w:val="23"/>
          <w:szCs w:val="23"/>
        </w:rPr>
        <w:t xml:space="preserve"> </w:t>
      </w:r>
      <w:proofErr w:type="spellStart"/>
      <w:r w:rsidRPr="001F4E60">
        <w:rPr>
          <w:rFonts w:ascii="Trebuchet MS" w:hAnsi="Trebuchet MS"/>
          <w:sz w:val="23"/>
          <w:szCs w:val="23"/>
        </w:rPr>
        <w:t>separat</w:t>
      </w:r>
      <w:proofErr w:type="spellEnd"/>
      <w:r w:rsidRPr="001F4E60">
        <w:rPr>
          <w:rFonts w:ascii="Trebuchet MS" w:hAnsi="Trebuchet MS"/>
          <w:sz w:val="23"/>
          <w:szCs w:val="23"/>
        </w:rPr>
        <w:t xml:space="preserve"> </w:t>
      </w:r>
      <w:proofErr w:type="spellStart"/>
      <w:r w:rsidRPr="001F4E60">
        <w:rPr>
          <w:rFonts w:ascii="Trebuchet MS" w:hAnsi="Trebuchet MS"/>
          <w:sz w:val="23"/>
          <w:szCs w:val="23"/>
        </w:rPr>
        <w:t>cele</w:t>
      </w:r>
      <w:proofErr w:type="spellEnd"/>
      <w:r w:rsidRPr="001F4E60">
        <w:rPr>
          <w:rFonts w:ascii="Trebuchet MS" w:hAnsi="Trebuchet MS"/>
          <w:sz w:val="23"/>
          <w:szCs w:val="23"/>
        </w:rPr>
        <w:t xml:space="preserve"> </w:t>
      </w:r>
      <w:proofErr w:type="spellStart"/>
      <w:r w:rsidRPr="001F4E60">
        <w:rPr>
          <w:rFonts w:ascii="Trebuchet MS" w:hAnsi="Trebuchet MS"/>
          <w:sz w:val="23"/>
          <w:szCs w:val="23"/>
        </w:rPr>
        <w:t>două</w:t>
      </w:r>
      <w:proofErr w:type="spellEnd"/>
      <w:r w:rsidRPr="001F4E60">
        <w:rPr>
          <w:rFonts w:ascii="Trebuchet MS" w:hAnsi="Trebuchet MS"/>
          <w:sz w:val="23"/>
          <w:szCs w:val="23"/>
        </w:rPr>
        <w:t xml:space="preserve"> </w:t>
      </w:r>
      <w:proofErr w:type="spellStart"/>
      <w:r w:rsidRPr="001F4E60">
        <w:rPr>
          <w:rFonts w:ascii="Trebuchet MS" w:hAnsi="Trebuchet MS"/>
          <w:sz w:val="23"/>
          <w:szCs w:val="23"/>
        </w:rPr>
        <w:t>măsuri</w:t>
      </w:r>
      <w:proofErr w:type="spellEnd"/>
      <w:r w:rsidRPr="001F4E60">
        <w:rPr>
          <w:rFonts w:ascii="Trebuchet MS" w:hAnsi="Trebuchet MS"/>
          <w:sz w:val="23"/>
          <w:szCs w:val="23"/>
        </w:rPr>
        <w:t xml:space="preserve"> </w:t>
      </w:r>
      <w:proofErr w:type="spellStart"/>
      <w:r w:rsidRPr="001F4E60">
        <w:rPr>
          <w:rFonts w:ascii="Trebuchet MS" w:hAnsi="Trebuchet MS"/>
          <w:sz w:val="23"/>
          <w:szCs w:val="23"/>
        </w:rPr>
        <w:t>dacă</w:t>
      </w:r>
      <w:proofErr w:type="spellEnd"/>
      <w:r w:rsidRPr="001F4E60">
        <w:rPr>
          <w:rFonts w:ascii="Trebuchet MS" w:hAnsi="Trebuchet MS"/>
          <w:sz w:val="23"/>
          <w:szCs w:val="23"/>
        </w:rPr>
        <w:t xml:space="preserve"> </w:t>
      </w:r>
      <w:proofErr w:type="spellStart"/>
      <w:r w:rsidRPr="001F4E60">
        <w:rPr>
          <w:rFonts w:ascii="Trebuchet MS" w:hAnsi="Trebuchet MS"/>
          <w:sz w:val="23"/>
          <w:szCs w:val="23"/>
        </w:rPr>
        <w:t>efectele</w:t>
      </w:r>
      <w:proofErr w:type="spellEnd"/>
      <w:r w:rsidRPr="001F4E60">
        <w:rPr>
          <w:rFonts w:ascii="Trebuchet MS" w:hAnsi="Trebuchet MS"/>
          <w:sz w:val="23"/>
          <w:szCs w:val="23"/>
        </w:rPr>
        <w:t xml:space="preserve"> </w:t>
      </w:r>
      <w:proofErr w:type="spellStart"/>
      <w:r w:rsidRPr="001F4E60">
        <w:rPr>
          <w:rFonts w:ascii="Trebuchet MS" w:hAnsi="Trebuchet MS"/>
          <w:sz w:val="23"/>
          <w:szCs w:val="23"/>
        </w:rPr>
        <w:t>diferă</w:t>
      </w:r>
      <w:proofErr w:type="spellEnd"/>
      <w:r w:rsidRPr="001F4E60">
        <w:rPr>
          <w:rFonts w:ascii="Trebuchet MS" w:hAnsi="Trebuchet MS"/>
          <w:sz w:val="23"/>
          <w:szCs w:val="23"/>
        </w:rPr>
        <w:t>.</w:t>
      </w:r>
    </w:p>
    <w:tbl>
      <w:tblPr>
        <w:tblW w:w="0" w:type="auto"/>
        <w:tblLayout w:type="fixed"/>
        <w:tblLook w:val="04A0" w:firstRow="1" w:lastRow="0" w:firstColumn="1" w:lastColumn="0" w:noHBand="0" w:noVBand="1"/>
      </w:tblPr>
      <w:tblGrid>
        <w:gridCol w:w="3888"/>
        <w:gridCol w:w="5760"/>
      </w:tblGrid>
      <w:tr w:rsidR="00B9017B" w:rsidRPr="001F4E60" w14:paraId="222CE6E8" w14:textId="77777777">
        <w:trPr>
          <w:tblHeader/>
        </w:trPr>
        <w:tc>
          <w:tcPr>
            <w:tcW w:w="3888" w:type="dxa"/>
            <w:tcBorders>
              <w:top w:val="single" w:sz="4" w:space="0" w:color="D9D9D9"/>
              <w:left w:val="single" w:sz="4" w:space="0" w:color="D9D9D9"/>
              <w:bottom w:val="single" w:sz="4" w:space="0" w:color="D9D9D9"/>
              <w:right w:val="single" w:sz="4" w:space="0" w:color="D9D9D9"/>
            </w:tcBorders>
            <w:shd w:val="clear" w:color="auto" w:fill="E7E6E6"/>
          </w:tcPr>
          <w:p w14:paraId="6B4C3563" w14:textId="77777777" w:rsidR="00B9017B" w:rsidRPr="001F4E60" w:rsidRDefault="006C652A" w:rsidP="001F4E60">
            <w:pPr>
              <w:spacing w:after="120" w:line="276" w:lineRule="auto"/>
              <w:jc w:val="both"/>
              <w:rPr>
                <w:rFonts w:ascii="Trebuchet MS" w:hAnsi="Trebuchet MS"/>
                <w:sz w:val="23"/>
                <w:szCs w:val="23"/>
              </w:rPr>
            </w:pPr>
            <w:proofErr w:type="spellStart"/>
            <w:r w:rsidRPr="001F4E60">
              <w:rPr>
                <w:rFonts w:ascii="Trebuchet MS" w:hAnsi="Trebuchet MS"/>
                <w:b/>
                <w:sz w:val="23"/>
                <w:szCs w:val="23"/>
              </w:rPr>
              <w:t>Dimensiune</w:t>
            </w:r>
            <w:proofErr w:type="spellEnd"/>
          </w:p>
        </w:tc>
        <w:tc>
          <w:tcPr>
            <w:tcW w:w="5760" w:type="dxa"/>
            <w:tcBorders>
              <w:top w:val="single" w:sz="4" w:space="0" w:color="D9D9D9"/>
              <w:left w:val="single" w:sz="4" w:space="0" w:color="D9D9D9"/>
              <w:bottom w:val="single" w:sz="4" w:space="0" w:color="D9D9D9"/>
              <w:right w:val="single" w:sz="4" w:space="0" w:color="D9D9D9"/>
            </w:tcBorders>
            <w:shd w:val="clear" w:color="auto" w:fill="E7E6E6"/>
          </w:tcPr>
          <w:p w14:paraId="65A91238" w14:textId="77777777" w:rsidR="00B9017B" w:rsidRPr="001F4E60" w:rsidRDefault="006C652A" w:rsidP="001F4E60">
            <w:pPr>
              <w:spacing w:after="120" w:line="276" w:lineRule="auto"/>
              <w:jc w:val="both"/>
              <w:rPr>
                <w:rFonts w:ascii="Trebuchet MS" w:hAnsi="Trebuchet MS"/>
                <w:sz w:val="23"/>
                <w:szCs w:val="23"/>
              </w:rPr>
            </w:pPr>
            <w:proofErr w:type="spellStart"/>
            <w:r w:rsidRPr="001F4E60">
              <w:rPr>
                <w:rFonts w:ascii="Trebuchet MS" w:hAnsi="Trebuchet MS"/>
                <w:b/>
                <w:sz w:val="23"/>
                <w:szCs w:val="23"/>
              </w:rPr>
              <w:t>Efect</w:t>
            </w:r>
            <w:proofErr w:type="spellEnd"/>
            <w:r w:rsidRPr="001F4E60">
              <w:rPr>
                <w:rFonts w:ascii="Trebuchet MS" w:hAnsi="Trebuchet MS"/>
                <w:b/>
                <w:sz w:val="23"/>
                <w:szCs w:val="23"/>
              </w:rPr>
              <w:t xml:space="preserve"> </w:t>
            </w:r>
            <w:proofErr w:type="spellStart"/>
            <w:r w:rsidRPr="001F4E60">
              <w:rPr>
                <w:rFonts w:ascii="Trebuchet MS" w:hAnsi="Trebuchet MS"/>
                <w:b/>
                <w:sz w:val="23"/>
                <w:szCs w:val="23"/>
              </w:rPr>
              <w:t>și</w:t>
            </w:r>
            <w:proofErr w:type="spellEnd"/>
            <w:r w:rsidRPr="001F4E60">
              <w:rPr>
                <w:rFonts w:ascii="Trebuchet MS" w:hAnsi="Trebuchet MS"/>
                <w:b/>
                <w:sz w:val="23"/>
                <w:szCs w:val="23"/>
              </w:rPr>
              <w:t xml:space="preserve"> </w:t>
            </w:r>
            <w:proofErr w:type="spellStart"/>
            <w:r w:rsidRPr="001F4E60">
              <w:rPr>
                <w:rFonts w:ascii="Trebuchet MS" w:hAnsi="Trebuchet MS"/>
                <w:b/>
                <w:sz w:val="23"/>
                <w:szCs w:val="23"/>
              </w:rPr>
              <w:t>explicație</w:t>
            </w:r>
            <w:proofErr w:type="spellEnd"/>
          </w:p>
        </w:tc>
      </w:tr>
      <w:tr w:rsidR="00B9017B" w:rsidRPr="00464025" w14:paraId="78674FA6" w14:textId="77777777">
        <w:tc>
          <w:tcPr>
            <w:tcW w:w="3888" w:type="dxa"/>
            <w:tcBorders>
              <w:top w:val="single" w:sz="4" w:space="0" w:color="D9D9D9"/>
              <w:left w:val="single" w:sz="4" w:space="0" w:color="D9D9D9"/>
              <w:bottom w:val="single" w:sz="4" w:space="0" w:color="D9D9D9"/>
              <w:right w:val="single" w:sz="4" w:space="0" w:color="D9D9D9"/>
            </w:tcBorders>
          </w:tcPr>
          <w:p w14:paraId="2FA30FB9" w14:textId="77777777" w:rsidR="00B9017B"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Economică și costuri de recrutare</w:t>
            </w:r>
          </w:p>
        </w:tc>
        <w:tc>
          <w:tcPr>
            <w:tcW w:w="5760" w:type="dxa"/>
            <w:tcBorders>
              <w:top w:val="single" w:sz="4" w:space="0" w:color="D9D9D9"/>
              <w:left w:val="single" w:sz="4" w:space="0" w:color="D9D9D9"/>
              <w:bottom w:val="single" w:sz="4" w:space="0" w:color="D9D9D9"/>
              <w:right w:val="single" w:sz="4" w:space="0" w:color="D9D9D9"/>
            </w:tcBorders>
          </w:tcPr>
          <w:p w14:paraId="1D9F03F3" w14:textId="77777777" w:rsidR="00B9017B" w:rsidRPr="00464025" w:rsidRDefault="00B9017B" w:rsidP="001F4E60">
            <w:pPr>
              <w:spacing w:after="120" w:line="276" w:lineRule="auto"/>
              <w:jc w:val="both"/>
              <w:rPr>
                <w:rFonts w:ascii="Trebuchet MS" w:hAnsi="Trebuchet MS"/>
                <w:sz w:val="23"/>
                <w:szCs w:val="23"/>
                <w:lang w:val="it-IT"/>
              </w:rPr>
            </w:pPr>
          </w:p>
        </w:tc>
      </w:tr>
      <w:tr w:rsidR="00B9017B" w:rsidRPr="00464025" w14:paraId="78826408" w14:textId="77777777">
        <w:tc>
          <w:tcPr>
            <w:tcW w:w="3888" w:type="dxa"/>
            <w:tcBorders>
              <w:top w:val="single" w:sz="4" w:space="0" w:color="D9D9D9"/>
              <w:left w:val="single" w:sz="4" w:space="0" w:color="D9D9D9"/>
              <w:bottom w:val="single" w:sz="4" w:space="0" w:color="D9D9D9"/>
              <w:right w:val="single" w:sz="4" w:space="0" w:color="D9D9D9"/>
            </w:tcBorders>
          </w:tcPr>
          <w:p w14:paraId="2E67935C" w14:textId="77777777" w:rsidR="00B9017B"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Socială și ocupare inclusiv condiții de muncă</w:t>
            </w:r>
          </w:p>
        </w:tc>
        <w:tc>
          <w:tcPr>
            <w:tcW w:w="5760" w:type="dxa"/>
            <w:tcBorders>
              <w:top w:val="single" w:sz="4" w:space="0" w:color="D9D9D9"/>
              <w:left w:val="single" w:sz="4" w:space="0" w:color="D9D9D9"/>
              <w:bottom w:val="single" w:sz="4" w:space="0" w:color="D9D9D9"/>
              <w:right w:val="single" w:sz="4" w:space="0" w:color="D9D9D9"/>
            </w:tcBorders>
          </w:tcPr>
          <w:p w14:paraId="568CF43B" w14:textId="77777777" w:rsidR="00B9017B" w:rsidRPr="00464025" w:rsidRDefault="00B9017B" w:rsidP="001F4E60">
            <w:pPr>
              <w:spacing w:after="120" w:line="276" w:lineRule="auto"/>
              <w:jc w:val="both"/>
              <w:rPr>
                <w:rFonts w:ascii="Trebuchet MS" w:hAnsi="Trebuchet MS"/>
                <w:sz w:val="23"/>
                <w:szCs w:val="23"/>
                <w:lang w:val="it-IT"/>
              </w:rPr>
            </w:pPr>
          </w:p>
        </w:tc>
      </w:tr>
      <w:tr w:rsidR="00B9017B" w:rsidRPr="001F4E60" w14:paraId="1DC62DC9" w14:textId="77777777">
        <w:tc>
          <w:tcPr>
            <w:tcW w:w="3888" w:type="dxa"/>
            <w:tcBorders>
              <w:top w:val="single" w:sz="4" w:space="0" w:color="D9D9D9"/>
              <w:left w:val="single" w:sz="4" w:space="0" w:color="D9D9D9"/>
              <w:bottom w:val="single" w:sz="4" w:space="0" w:color="D9D9D9"/>
              <w:right w:val="single" w:sz="4" w:space="0" w:color="D9D9D9"/>
            </w:tcBorders>
          </w:tcPr>
          <w:p w14:paraId="3D4476A0" w14:textId="77777777" w:rsidR="00B9017B" w:rsidRPr="001F4E60" w:rsidRDefault="006C652A" w:rsidP="001F4E60">
            <w:pPr>
              <w:spacing w:after="120" w:line="276" w:lineRule="auto"/>
              <w:jc w:val="both"/>
              <w:rPr>
                <w:rFonts w:ascii="Trebuchet MS" w:hAnsi="Trebuchet MS"/>
                <w:sz w:val="23"/>
                <w:szCs w:val="23"/>
              </w:rPr>
            </w:pPr>
            <w:r w:rsidRPr="001F4E60">
              <w:rPr>
                <w:rFonts w:ascii="Trebuchet MS" w:hAnsi="Trebuchet MS"/>
                <w:sz w:val="23"/>
                <w:szCs w:val="23"/>
              </w:rPr>
              <w:t xml:space="preserve">De </w:t>
            </w:r>
            <w:proofErr w:type="spellStart"/>
            <w:r w:rsidRPr="001F4E60">
              <w:rPr>
                <w:rFonts w:ascii="Trebuchet MS" w:hAnsi="Trebuchet MS"/>
                <w:sz w:val="23"/>
                <w:szCs w:val="23"/>
              </w:rPr>
              <w:t>mediu</w:t>
            </w:r>
            <w:proofErr w:type="spellEnd"/>
          </w:p>
        </w:tc>
        <w:tc>
          <w:tcPr>
            <w:tcW w:w="5760" w:type="dxa"/>
            <w:tcBorders>
              <w:top w:val="single" w:sz="4" w:space="0" w:color="D9D9D9"/>
              <w:left w:val="single" w:sz="4" w:space="0" w:color="D9D9D9"/>
              <w:bottom w:val="single" w:sz="4" w:space="0" w:color="D9D9D9"/>
              <w:right w:val="single" w:sz="4" w:space="0" w:color="D9D9D9"/>
            </w:tcBorders>
          </w:tcPr>
          <w:p w14:paraId="0687AB60" w14:textId="77777777" w:rsidR="00B9017B" w:rsidRPr="001F4E60" w:rsidRDefault="00B9017B" w:rsidP="001F4E60">
            <w:pPr>
              <w:spacing w:after="120" w:line="276" w:lineRule="auto"/>
              <w:jc w:val="both"/>
              <w:rPr>
                <w:rFonts w:ascii="Trebuchet MS" w:hAnsi="Trebuchet MS"/>
                <w:sz w:val="23"/>
                <w:szCs w:val="23"/>
              </w:rPr>
            </w:pPr>
          </w:p>
        </w:tc>
      </w:tr>
      <w:tr w:rsidR="00B9017B" w:rsidRPr="001F4E60" w14:paraId="28CCF1E1" w14:textId="77777777">
        <w:tc>
          <w:tcPr>
            <w:tcW w:w="3888" w:type="dxa"/>
            <w:tcBorders>
              <w:top w:val="single" w:sz="4" w:space="0" w:color="D9D9D9"/>
              <w:left w:val="single" w:sz="4" w:space="0" w:color="D9D9D9"/>
              <w:bottom w:val="single" w:sz="4" w:space="0" w:color="D9D9D9"/>
              <w:right w:val="single" w:sz="4" w:space="0" w:color="D9D9D9"/>
            </w:tcBorders>
          </w:tcPr>
          <w:p w14:paraId="56D73C6E" w14:textId="77777777" w:rsidR="00B9017B" w:rsidRPr="001F4E60" w:rsidRDefault="006C652A" w:rsidP="001F4E60">
            <w:pPr>
              <w:spacing w:after="120" w:line="276" w:lineRule="auto"/>
              <w:jc w:val="both"/>
              <w:rPr>
                <w:rFonts w:ascii="Trebuchet MS" w:hAnsi="Trebuchet MS"/>
                <w:sz w:val="23"/>
                <w:szCs w:val="23"/>
              </w:rPr>
            </w:pPr>
            <w:proofErr w:type="spellStart"/>
            <w:r w:rsidRPr="001F4E60">
              <w:rPr>
                <w:rFonts w:ascii="Trebuchet MS" w:hAnsi="Trebuchet MS"/>
                <w:sz w:val="23"/>
                <w:szCs w:val="23"/>
              </w:rPr>
              <w:t>Specifică</w:t>
            </w:r>
            <w:proofErr w:type="spellEnd"/>
            <w:r w:rsidRPr="001F4E60">
              <w:rPr>
                <w:rFonts w:ascii="Trebuchet MS" w:hAnsi="Trebuchet MS"/>
                <w:sz w:val="23"/>
                <w:szCs w:val="23"/>
              </w:rPr>
              <w:t xml:space="preserve"> IMM </w:t>
            </w:r>
            <w:proofErr w:type="spellStart"/>
            <w:r w:rsidRPr="001F4E60">
              <w:rPr>
                <w:rFonts w:ascii="Trebuchet MS" w:hAnsi="Trebuchet MS"/>
                <w:sz w:val="23"/>
                <w:szCs w:val="23"/>
              </w:rPr>
              <w:t>și</w:t>
            </w:r>
            <w:proofErr w:type="spellEnd"/>
            <w:r w:rsidRPr="001F4E60">
              <w:rPr>
                <w:rFonts w:ascii="Trebuchet MS" w:hAnsi="Trebuchet MS"/>
                <w:sz w:val="23"/>
                <w:szCs w:val="23"/>
              </w:rPr>
              <w:t xml:space="preserve"> </w:t>
            </w:r>
            <w:proofErr w:type="spellStart"/>
            <w:r w:rsidRPr="001F4E60">
              <w:rPr>
                <w:rFonts w:ascii="Trebuchet MS" w:hAnsi="Trebuchet MS"/>
                <w:sz w:val="23"/>
                <w:szCs w:val="23"/>
              </w:rPr>
              <w:t>competitivitate</w:t>
            </w:r>
            <w:proofErr w:type="spellEnd"/>
          </w:p>
        </w:tc>
        <w:tc>
          <w:tcPr>
            <w:tcW w:w="5760" w:type="dxa"/>
            <w:tcBorders>
              <w:top w:val="single" w:sz="4" w:space="0" w:color="D9D9D9"/>
              <w:left w:val="single" w:sz="4" w:space="0" w:color="D9D9D9"/>
              <w:bottom w:val="single" w:sz="4" w:space="0" w:color="D9D9D9"/>
              <w:right w:val="single" w:sz="4" w:space="0" w:color="D9D9D9"/>
            </w:tcBorders>
          </w:tcPr>
          <w:p w14:paraId="1A361B95" w14:textId="77777777" w:rsidR="00B9017B" w:rsidRPr="001F4E60" w:rsidRDefault="00B9017B" w:rsidP="001F4E60">
            <w:pPr>
              <w:spacing w:after="120" w:line="276" w:lineRule="auto"/>
              <w:jc w:val="both"/>
              <w:rPr>
                <w:rFonts w:ascii="Trebuchet MS" w:hAnsi="Trebuchet MS"/>
                <w:sz w:val="23"/>
                <w:szCs w:val="23"/>
              </w:rPr>
            </w:pPr>
          </w:p>
        </w:tc>
      </w:tr>
      <w:tr w:rsidR="00B9017B" w:rsidRPr="001F4E60" w14:paraId="00198E70" w14:textId="77777777">
        <w:tc>
          <w:tcPr>
            <w:tcW w:w="3888" w:type="dxa"/>
            <w:tcBorders>
              <w:top w:val="single" w:sz="4" w:space="0" w:color="D9D9D9"/>
              <w:left w:val="single" w:sz="4" w:space="0" w:color="D9D9D9"/>
              <w:bottom w:val="single" w:sz="4" w:space="0" w:color="D9D9D9"/>
              <w:right w:val="single" w:sz="4" w:space="0" w:color="D9D9D9"/>
            </w:tcBorders>
          </w:tcPr>
          <w:p w14:paraId="59681AE8" w14:textId="77777777" w:rsidR="00B9017B" w:rsidRPr="001F4E60" w:rsidRDefault="006C652A" w:rsidP="001F4E60">
            <w:pPr>
              <w:spacing w:after="120" w:line="276" w:lineRule="auto"/>
              <w:jc w:val="both"/>
              <w:rPr>
                <w:rFonts w:ascii="Trebuchet MS" w:hAnsi="Trebuchet MS"/>
                <w:sz w:val="23"/>
                <w:szCs w:val="23"/>
              </w:rPr>
            </w:pPr>
            <w:proofErr w:type="spellStart"/>
            <w:r w:rsidRPr="001F4E60">
              <w:rPr>
                <w:rFonts w:ascii="Trebuchet MS" w:hAnsi="Trebuchet MS"/>
                <w:sz w:val="23"/>
                <w:szCs w:val="23"/>
              </w:rPr>
              <w:t>Sarcini</w:t>
            </w:r>
            <w:proofErr w:type="spellEnd"/>
            <w:r w:rsidRPr="001F4E60">
              <w:rPr>
                <w:rFonts w:ascii="Trebuchet MS" w:hAnsi="Trebuchet MS"/>
                <w:sz w:val="23"/>
                <w:szCs w:val="23"/>
              </w:rPr>
              <w:t xml:space="preserve"> administrative </w:t>
            </w:r>
            <w:proofErr w:type="spellStart"/>
            <w:r w:rsidRPr="001F4E60">
              <w:rPr>
                <w:rFonts w:ascii="Trebuchet MS" w:hAnsi="Trebuchet MS"/>
                <w:sz w:val="23"/>
                <w:szCs w:val="23"/>
              </w:rPr>
              <w:t>și</w:t>
            </w:r>
            <w:proofErr w:type="spellEnd"/>
            <w:r w:rsidRPr="001F4E60">
              <w:rPr>
                <w:rFonts w:ascii="Trebuchet MS" w:hAnsi="Trebuchet MS"/>
                <w:sz w:val="23"/>
                <w:szCs w:val="23"/>
              </w:rPr>
              <w:t xml:space="preserve"> </w:t>
            </w:r>
            <w:proofErr w:type="spellStart"/>
            <w:r w:rsidRPr="001F4E60">
              <w:rPr>
                <w:rFonts w:ascii="Trebuchet MS" w:hAnsi="Trebuchet MS"/>
                <w:sz w:val="23"/>
                <w:szCs w:val="23"/>
              </w:rPr>
              <w:t>documente</w:t>
            </w:r>
            <w:proofErr w:type="spellEnd"/>
          </w:p>
        </w:tc>
        <w:tc>
          <w:tcPr>
            <w:tcW w:w="5760" w:type="dxa"/>
            <w:tcBorders>
              <w:top w:val="single" w:sz="4" w:space="0" w:color="D9D9D9"/>
              <w:left w:val="single" w:sz="4" w:space="0" w:color="D9D9D9"/>
              <w:bottom w:val="single" w:sz="4" w:space="0" w:color="D9D9D9"/>
              <w:right w:val="single" w:sz="4" w:space="0" w:color="D9D9D9"/>
            </w:tcBorders>
          </w:tcPr>
          <w:p w14:paraId="09DD0BC7" w14:textId="77777777" w:rsidR="00B9017B" w:rsidRPr="001F4E60" w:rsidRDefault="00B9017B" w:rsidP="001F4E60">
            <w:pPr>
              <w:spacing w:after="120" w:line="276" w:lineRule="auto"/>
              <w:jc w:val="both"/>
              <w:rPr>
                <w:rFonts w:ascii="Trebuchet MS" w:hAnsi="Trebuchet MS"/>
                <w:sz w:val="23"/>
                <w:szCs w:val="23"/>
              </w:rPr>
            </w:pPr>
          </w:p>
        </w:tc>
      </w:tr>
    </w:tbl>
    <w:p w14:paraId="6F7A1A8D" w14:textId="77777777" w:rsidR="00B9017B" w:rsidRPr="00464025" w:rsidRDefault="006C652A" w:rsidP="001F4E60">
      <w:pPr>
        <w:spacing w:after="120" w:line="276" w:lineRule="auto"/>
        <w:jc w:val="both"/>
        <w:rPr>
          <w:rFonts w:ascii="Trebuchet MS" w:hAnsi="Trebuchet MS"/>
          <w:sz w:val="23"/>
          <w:szCs w:val="23"/>
          <w:lang w:val="it-IT"/>
        </w:rPr>
      </w:pPr>
      <w:r w:rsidRPr="001F4E60">
        <w:rPr>
          <w:rFonts w:ascii="Trebuchet MS" w:hAnsi="Trebuchet MS"/>
          <w:sz w:val="23"/>
          <w:szCs w:val="23"/>
        </w:rPr>
        <w:t xml:space="preserve">9. </w:t>
      </w:r>
      <w:proofErr w:type="spellStart"/>
      <w:r w:rsidRPr="001F4E60">
        <w:rPr>
          <w:rFonts w:ascii="Trebuchet MS" w:hAnsi="Trebuchet MS"/>
          <w:sz w:val="23"/>
          <w:szCs w:val="23"/>
        </w:rPr>
        <w:t>Dacă</w:t>
      </w:r>
      <w:proofErr w:type="spellEnd"/>
      <w:r w:rsidRPr="001F4E60">
        <w:rPr>
          <w:rFonts w:ascii="Trebuchet MS" w:hAnsi="Trebuchet MS"/>
          <w:sz w:val="23"/>
          <w:szCs w:val="23"/>
        </w:rPr>
        <w:t xml:space="preserve"> </w:t>
      </w:r>
      <w:proofErr w:type="spellStart"/>
      <w:r w:rsidRPr="001F4E60">
        <w:rPr>
          <w:rFonts w:ascii="Trebuchet MS" w:hAnsi="Trebuchet MS"/>
          <w:sz w:val="23"/>
          <w:szCs w:val="23"/>
        </w:rPr>
        <w:t>dispuneți</w:t>
      </w:r>
      <w:proofErr w:type="spellEnd"/>
      <w:r w:rsidRPr="001F4E60">
        <w:rPr>
          <w:rFonts w:ascii="Trebuchet MS" w:hAnsi="Trebuchet MS"/>
          <w:sz w:val="23"/>
          <w:szCs w:val="23"/>
        </w:rPr>
        <w:t xml:space="preserve"> de date, </w:t>
      </w:r>
      <w:proofErr w:type="spellStart"/>
      <w:r w:rsidRPr="001F4E60">
        <w:rPr>
          <w:rFonts w:ascii="Trebuchet MS" w:hAnsi="Trebuchet MS"/>
          <w:sz w:val="23"/>
          <w:szCs w:val="23"/>
        </w:rPr>
        <w:t>estimați</w:t>
      </w:r>
      <w:proofErr w:type="spellEnd"/>
      <w:r w:rsidRPr="001F4E60">
        <w:rPr>
          <w:rFonts w:ascii="Trebuchet MS" w:hAnsi="Trebuchet MS"/>
          <w:sz w:val="23"/>
          <w:szCs w:val="23"/>
        </w:rPr>
        <w:t xml:space="preserve"> </w:t>
      </w:r>
      <w:proofErr w:type="spellStart"/>
      <w:r w:rsidRPr="001F4E60">
        <w:rPr>
          <w:rFonts w:ascii="Trebuchet MS" w:hAnsi="Trebuchet MS"/>
          <w:sz w:val="23"/>
          <w:szCs w:val="23"/>
        </w:rPr>
        <w:t>costurile</w:t>
      </w:r>
      <w:proofErr w:type="spellEnd"/>
      <w:r w:rsidRPr="001F4E60">
        <w:rPr>
          <w:rFonts w:ascii="Trebuchet MS" w:hAnsi="Trebuchet MS"/>
          <w:sz w:val="23"/>
          <w:szCs w:val="23"/>
        </w:rPr>
        <w:t xml:space="preserve"> </w:t>
      </w:r>
      <w:proofErr w:type="spellStart"/>
      <w:r w:rsidRPr="001F4E60">
        <w:rPr>
          <w:rFonts w:ascii="Trebuchet MS" w:hAnsi="Trebuchet MS"/>
          <w:sz w:val="23"/>
          <w:szCs w:val="23"/>
        </w:rPr>
        <w:t>sau</w:t>
      </w:r>
      <w:proofErr w:type="spellEnd"/>
      <w:r w:rsidRPr="001F4E60">
        <w:rPr>
          <w:rFonts w:ascii="Trebuchet MS" w:hAnsi="Trebuchet MS"/>
          <w:sz w:val="23"/>
          <w:szCs w:val="23"/>
        </w:rPr>
        <w:t xml:space="preserve"> </w:t>
      </w:r>
      <w:proofErr w:type="spellStart"/>
      <w:r w:rsidRPr="001F4E60">
        <w:rPr>
          <w:rFonts w:ascii="Trebuchet MS" w:hAnsi="Trebuchet MS"/>
          <w:sz w:val="23"/>
          <w:szCs w:val="23"/>
        </w:rPr>
        <w:t>economiile</w:t>
      </w:r>
      <w:proofErr w:type="spellEnd"/>
      <w:r w:rsidRPr="001F4E60">
        <w:rPr>
          <w:rFonts w:ascii="Trebuchet MS" w:hAnsi="Trebuchet MS"/>
          <w:sz w:val="23"/>
          <w:szCs w:val="23"/>
        </w:rPr>
        <w:t xml:space="preserve"> determinate de </w:t>
      </w:r>
      <w:proofErr w:type="spellStart"/>
      <w:r w:rsidRPr="001F4E60">
        <w:rPr>
          <w:rFonts w:ascii="Trebuchet MS" w:hAnsi="Trebuchet MS"/>
          <w:sz w:val="23"/>
          <w:szCs w:val="23"/>
        </w:rPr>
        <w:t>proiect</w:t>
      </w:r>
      <w:proofErr w:type="spellEnd"/>
      <w:r w:rsidRPr="001F4E60">
        <w:rPr>
          <w:rFonts w:ascii="Trebuchet MS" w:hAnsi="Trebuchet MS"/>
          <w:sz w:val="23"/>
          <w:szCs w:val="23"/>
        </w:rPr>
        <w:t xml:space="preserve">: </w:t>
      </w:r>
      <w:proofErr w:type="spellStart"/>
      <w:r w:rsidRPr="001F4E60">
        <w:rPr>
          <w:rFonts w:ascii="Trebuchet MS" w:hAnsi="Trebuchet MS"/>
          <w:sz w:val="23"/>
          <w:szCs w:val="23"/>
        </w:rPr>
        <w:t>activitatea</w:t>
      </w:r>
      <w:proofErr w:type="spellEnd"/>
      <w:r w:rsidRPr="001F4E60">
        <w:rPr>
          <w:rFonts w:ascii="Trebuchet MS" w:hAnsi="Trebuchet MS"/>
          <w:sz w:val="23"/>
          <w:szCs w:val="23"/>
        </w:rPr>
        <w:t xml:space="preserve">, </w:t>
      </w:r>
      <w:proofErr w:type="spellStart"/>
      <w:r w:rsidRPr="001F4E60">
        <w:rPr>
          <w:rFonts w:ascii="Trebuchet MS" w:hAnsi="Trebuchet MS"/>
          <w:sz w:val="23"/>
          <w:szCs w:val="23"/>
        </w:rPr>
        <w:t>timpul</w:t>
      </w:r>
      <w:proofErr w:type="spellEnd"/>
      <w:r w:rsidRPr="001F4E60">
        <w:rPr>
          <w:rFonts w:ascii="Trebuchet MS" w:hAnsi="Trebuchet MS"/>
          <w:sz w:val="23"/>
          <w:szCs w:val="23"/>
        </w:rPr>
        <w:t xml:space="preserve"> </w:t>
      </w:r>
      <w:proofErr w:type="spellStart"/>
      <w:r w:rsidRPr="001F4E60">
        <w:rPr>
          <w:rFonts w:ascii="Trebuchet MS" w:hAnsi="Trebuchet MS"/>
          <w:sz w:val="23"/>
          <w:szCs w:val="23"/>
        </w:rPr>
        <w:t>alocat</w:t>
      </w:r>
      <w:proofErr w:type="spellEnd"/>
      <w:r w:rsidRPr="001F4E60">
        <w:rPr>
          <w:rFonts w:ascii="Trebuchet MS" w:hAnsi="Trebuchet MS"/>
          <w:sz w:val="23"/>
          <w:szCs w:val="23"/>
        </w:rPr>
        <w:t xml:space="preserve"> </w:t>
      </w:r>
      <w:proofErr w:type="spellStart"/>
      <w:r w:rsidRPr="001F4E60">
        <w:rPr>
          <w:rFonts w:ascii="Trebuchet MS" w:hAnsi="Trebuchet MS"/>
          <w:sz w:val="23"/>
          <w:szCs w:val="23"/>
        </w:rPr>
        <w:t>ori</w:t>
      </w:r>
      <w:proofErr w:type="spellEnd"/>
      <w:r w:rsidRPr="001F4E60">
        <w:rPr>
          <w:rFonts w:ascii="Trebuchet MS" w:hAnsi="Trebuchet MS"/>
          <w:sz w:val="23"/>
          <w:szCs w:val="23"/>
        </w:rPr>
        <w:t xml:space="preserve"> </w:t>
      </w:r>
      <w:proofErr w:type="spellStart"/>
      <w:r w:rsidRPr="001F4E60">
        <w:rPr>
          <w:rFonts w:ascii="Trebuchet MS" w:hAnsi="Trebuchet MS"/>
          <w:sz w:val="23"/>
          <w:szCs w:val="23"/>
        </w:rPr>
        <w:t>costul</w:t>
      </w:r>
      <w:proofErr w:type="spellEnd"/>
      <w:r w:rsidRPr="001F4E60">
        <w:rPr>
          <w:rFonts w:ascii="Trebuchet MS" w:hAnsi="Trebuchet MS"/>
          <w:sz w:val="23"/>
          <w:szCs w:val="23"/>
        </w:rPr>
        <w:t xml:space="preserve"> extern, </w:t>
      </w:r>
      <w:proofErr w:type="spellStart"/>
      <w:r w:rsidRPr="001F4E60">
        <w:rPr>
          <w:rFonts w:ascii="Trebuchet MS" w:hAnsi="Trebuchet MS"/>
          <w:sz w:val="23"/>
          <w:szCs w:val="23"/>
        </w:rPr>
        <w:t>frecvența</w:t>
      </w:r>
      <w:proofErr w:type="spellEnd"/>
      <w:r w:rsidRPr="001F4E60">
        <w:rPr>
          <w:rFonts w:ascii="Trebuchet MS" w:hAnsi="Trebuchet MS"/>
          <w:sz w:val="23"/>
          <w:szCs w:val="23"/>
        </w:rPr>
        <w:t xml:space="preserve"> </w:t>
      </w:r>
      <w:proofErr w:type="spellStart"/>
      <w:r w:rsidRPr="001F4E60">
        <w:rPr>
          <w:rFonts w:ascii="Trebuchet MS" w:hAnsi="Trebuchet MS"/>
          <w:sz w:val="23"/>
          <w:szCs w:val="23"/>
        </w:rPr>
        <w:t>și</w:t>
      </w:r>
      <w:proofErr w:type="spellEnd"/>
      <w:r w:rsidRPr="001F4E60">
        <w:rPr>
          <w:rFonts w:ascii="Trebuchet MS" w:hAnsi="Trebuchet MS"/>
          <w:sz w:val="23"/>
          <w:szCs w:val="23"/>
        </w:rPr>
        <w:t xml:space="preserve"> </w:t>
      </w:r>
      <w:proofErr w:type="spellStart"/>
      <w:r w:rsidRPr="001F4E60">
        <w:rPr>
          <w:rFonts w:ascii="Trebuchet MS" w:hAnsi="Trebuchet MS"/>
          <w:sz w:val="23"/>
          <w:szCs w:val="23"/>
        </w:rPr>
        <w:t>perioada</w:t>
      </w:r>
      <w:proofErr w:type="spellEnd"/>
      <w:r w:rsidRPr="001F4E60">
        <w:rPr>
          <w:rFonts w:ascii="Trebuchet MS" w:hAnsi="Trebuchet MS"/>
          <w:sz w:val="23"/>
          <w:szCs w:val="23"/>
        </w:rPr>
        <w:t xml:space="preserve">. </w:t>
      </w:r>
      <w:r w:rsidRPr="00464025">
        <w:rPr>
          <w:rFonts w:ascii="Trebuchet MS" w:hAnsi="Trebuchet MS"/>
          <w:sz w:val="23"/>
          <w:szCs w:val="23"/>
          <w:lang w:val="it-IT"/>
        </w:rPr>
        <w:t>Indicați sursa și dacă valorile sunt efective sau estimate. Se pot utiliza intervale; în lipsa datelor, precizați acest lucru.</w:t>
      </w:r>
    </w:p>
    <w:p w14:paraId="3A599872" w14:textId="77777777" w:rsidR="00B9017B"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w:t>
      </w:r>
    </w:p>
    <w:p w14:paraId="1A3A3365" w14:textId="77777777" w:rsidR="00B9017B"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w:t>
      </w:r>
    </w:p>
    <w:p w14:paraId="45D26556" w14:textId="77777777" w:rsidR="00B9017B"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10. Pentru întreprinderile cu recrutări de volum redus există efecte diferite față de celelalte întreprinderi? Ce elemente susțin evaluarea dumneavoastră?</w:t>
      </w:r>
    </w:p>
    <w:p w14:paraId="33865E33" w14:textId="77777777" w:rsidR="00B9017B"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w:t>
      </w:r>
    </w:p>
    <w:p w14:paraId="44D888B8" w14:textId="77777777" w:rsidR="00B9017B"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11. Considerați că proiectul este adaptat capacității întreprinderilor mici?</w:t>
      </w:r>
      <w:r w:rsidRPr="00464025">
        <w:rPr>
          <w:rFonts w:ascii="Trebuchet MS" w:hAnsi="Trebuchet MS"/>
          <w:sz w:val="23"/>
          <w:szCs w:val="23"/>
          <w:lang w:val="it-IT"/>
        </w:rPr>
        <w:br/>
        <w:t>□ da □ parțial □ nu □ nu pot aprecia. Propuneri concrete, cu indicarea articolului vizat, inclusiv alternative, simplificări și riscuri:</w:t>
      </w:r>
    </w:p>
    <w:p w14:paraId="4201CB8B" w14:textId="77777777" w:rsidR="00B9017B"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w:t>
      </w:r>
    </w:p>
    <w:p w14:paraId="59EA5F06" w14:textId="77777777" w:rsidR="00B9017B"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w:t>
      </w:r>
    </w:p>
    <w:p w14:paraId="0F4C469E" w14:textId="77777777" w:rsidR="00B9017B" w:rsidRPr="00464025" w:rsidRDefault="006C652A" w:rsidP="001F4E60">
      <w:pPr>
        <w:spacing w:after="120" w:line="276" w:lineRule="auto"/>
        <w:jc w:val="both"/>
        <w:rPr>
          <w:rFonts w:ascii="Trebuchet MS" w:hAnsi="Trebuchet MS"/>
          <w:sz w:val="23"/>
          <w:szCs w:val="23"/>
          <w:lang w:val="it-IT"/>
        </w:rPr>
      </w:pPr>
      <w:r w:rsidRPr="00464025">
        <w:rPr>
          <w:rFonts w:ascii="Trebuchet MS" w:hAnsi="Trebuchet MS"/>
          <w:sz w:val="23"/>
          <w:szCs w:val="23"/>
          <w:lang w:val="it-IT"/>
        </w:rPr>
        <w:t>Data: […]</w:t>
      </w:r>
      <w:r w:rsidRPr="00464025">
        <w:rPr>
          <w:rFonts w:ascii="Trebuchet MS" w:hAnsi="Trebuchet MS"/>
          <w:sz w:val="23"/>
          <w:szCs w:val="23"/>
          <w:lang w:val="it-IT"/>
        </w:rPr>
        <w:br/>
        <w:t>Numele și calitatea persoanei care răspunde: […]</w:t>
      </w:r>
      <w:r w:rsidRPr="00464025">
        <w:rPr>
          <w:rFonts w:ascii="Trebuchet MS" w:hAnsi="Trebuchet MS"/>
          <w:sz w:val="23"/>
          <w:szCs w:val="23"/>
          <w:lang w:val="it-IT"/>
        </w:rPr>
        <w:br/>
        <w:t>Semnătura, după caz: […]</w:t>
      </w:r>
      <w:r w:rsidRPr="00464025">
        <w:rPr>
          <w:rFonts w:ascii="Trebuchet MS" w:hAnsi="Trebuchet MS"/>
          <w:sz w:val="23"/>
          <w:szCs w:val="23"/>
          <w:lang w:val="it-IT"/>
        </w:rPr>
        <w:br/>
        <w:t>Transmitere până la [data și ora], la [e-mail instituțional].</w:t>
      </w:r>
    </w:p>
    <w:sectPr w:rsidR="00B9017B" w:rsidRPr="00464025" w:rsidSect="001F4E60">
      <w:footerReference w:type="default" r:id="rId8"/>
      <w:headerReference w:type="first" r:id="rId9"/>
      <w:footerReference w:type="first" r:id="rId10"/>
      <w:pgSz w:w="12240" w:h="15840"/>
      <w:pgMar w:top="1008" w:right="1152" w:bottom="1008"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79851C" w14:textId="77777777" w:rsidR="00C839F6" w:rsidRDefault="00C839F6">
      <w:pPr>
        <w:spacing w:after="0"/>
      </w:pPr>
      <w:r>
        <w:separator/>
      </w:r>
    </w:p>
  </w:endnote>
  <w:endnote w:type="continuationSeparator" w:id="0">
    <w:p w14:paraId="1A8CA609" w14:textId="77777777" w:rsidR="00C839F6" w:rsidRDefault="00C839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60409020205020404"/>
    <w:charset w:val="00"/>
    <w:family w:val="modern"/>
    <w:pitch w:val="fixed"/>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5505516"/>
      <w:docPartObj>
        <w:docPartGallery w:val="Page Numbers (Bottom of Page)"/>
        <w:docPartUnique/>
      </w:docPartObj>
    </w:sdtPr>
    <w:sdtEndPr>
      <w:rPr>
        <w:noProof/>
      </w:rPr>
    </w:sdtEndPr>
    <w:sdtContent>
      <w:p w14:paraId="60D2780A" w14:textId="77777777" w:rsidR="002B7155" w:rsidRDefault="002B7155">
        <w:pPr>
          <w:pStyle w:val="Footer"/>
          <w:jc w:val="right"/>
        </w:pPr>
        <w:r>
          <w:fldChar w:fldCharType="begin"/>
        </w:r>
        <w:r>
          <w:instrText xml:space="preserve"> PAGE   \* MERGEFORMAT </w:instrText>
        </w:r>
        <w:r>
          <w:fldChar w:fldCharType="separate"/>
        </w:r>
        <w:r w:rsidR="00F138AF">
          <w:rPr>
            <w:noProof/>
          </w:rPr>
          <w:t>2</w:t>
        </w:r>
        <w:r>
          <w:rPr>
            <w:noProof/>
          </w:rPr>
          <w:fldChar w:fldCharType="end"/>
        </w:r>
      </w:p>
    </w:sdtContent>
  </w:sdt>
  <w:p w14:paraId="0554046F" w14:textId="77777777" w:rsidR="00B9017B" w:rsidRPr="002B7155" w:rsidRDefault="00B9017B" w:rsidP="002B71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910D8" w14:textId="77777777" w:rsidR="002B7155" w:rsidRDefault="002B7155" w:rsidP="002B7155">
    <w:pPr>
      <w:tabs>
        <w:tab w:val="center" w:pos="4320"/>
        <w:tab w:val="right" w:pos="8640"/>
      </w:tabs>
      <w:spacing w:after="0"/>
      <w:rPr>
        <w:sz w:val="18"/>
        <w:szCs w:val="18"/>
      </w:rPr>
    </w:pPr>
  </w:p>
  <w:p w14:paraId="5B27F5B9" w14:textId="77777777" w:rsidR="002B7155" w:rsidRPr="00830B12" w:rsidRDefault="002B7155" w:rsidP="002B7155">
    <w:pPr>
      <w:tabs>
        <w:tab w:val="center" w:pos="4320"/>
        <w:tab w:val="right" w:pos="8640"/>
      </w:tabs>
      <w:spacing w:after="0"/>
      <w:rPr>
        <w:sz w:val="18"/>
        <w:szCs w:val="18"/>
      </w:rPr>
    </w:pPr>
    <w:proofErr w:type="spellStart"/>
    <w:r w:rsidRPr="00830B12">
      <w:rPr>
        <w:sz w:val="18"/>
        <w:szCs w:val="18"/>
      </w:rPr>
      <w:t>Str.Dem.</w:t>
    </w:r>
    <w:proofErr w:type="gramStart"/>
    <w:r w:rsidRPr="00830B12">
      <w:rPr>
        <w:sz w:val="18"/>
        <w:szCs w:val="18"/>
      </w:rPr>
      <w:t>I.Dobrescu</w:t>
    </w:r>
    <w:proofErr w:type="spellEnd"/>
    <w:proofErr w:type="gramEnd"/>
    <w:r w:rsidRPr="00830B12">
      <w:rPr>
        <w:sz w:val="18"/>
        <w:szCs w:val="18"/>
      </w:rPr>
      <w:t xml:space="preserve">, nr.2-4, Sector 1, </w:t>
    </w:r>
    <w:proofErr w:type="spellStart"/>
    <w:r w:rsidRPr="00830B12">
      <w:rPr>
        <w:sz w:val="18"/>
        <w:szCs w:val="18"/>
      </w:rPr>
      <w:t>București</w:t>
    </w:r>
    <w:proofErr w:type="spellEnd"/>
    <w:r w:rsidRPr="00830B12">
      <w:rPr>
        <w:sz w:val="18"/>
        <w:szCs w:val="18"/>
      </w:rPr>
      <w:t xml:space="preserve">, cod </w:t>
    </w:r>
    <w:proofErr w:type="spellStart"/>
    <w:r w:rsidRPr="00830B12">
      <w:rPr>
        <w:sz w:val="18"/>
        <w:szCs w:val="18"/>
      </w:rPr>
      <w:t>poștal</w:t>
    </w:r>
    <w:proofErr w:type="spellEnd"/>
    <w:r w:rsidRPr="00830B12">
      <w:rPr>
        <w:sz w:val="18"/>
        <w:szCs w:val="18"/>
      </w:rPr>
      <w:t xml:space="preserve"> 010026</w:t>
    </w:r>
  </w:p>
  <w:p w14:paraId="270AB072" w14:textId="77777777" w:rsidR="002B7155" w:rsidRPr="00830B12" w:rsidRDefault="002B7155" w:rsidP="002B7155">
    <w:pPr>
      <w:tabs>
        <w:tab w:val="center" w:pos="4320"/>
        <w:tab w:val="right" w:pos="8640"/>
      </w:tabs>
      <w:spacing w:after="0"/>
      <w:rPr>
        <w:sz w:val="18"/>
        <w:szCs w:val="18"/>
      </w:rPr>
    </w:pPr>
    <w:r w:rsidRPr="00830B12">
      <w:rPr>
        <w:sz w:val="18"/>
        <w:szCs w:val="18"/>
      </w:rPr>
      <w:t xml:space="preserve">Tel.: </w:t>
    </w:r>
    <w:r w:rsidRPr="00830B12">
      <w:rPr>
        <w:sz w:val="18"/>
        <w:szCs w:val="18"/>
        <w:lang w:val="ro-RO"/>
      </w:rPr>
      <w:t>021 313 62 67</w:t>
    </w:r>
  </w:p>
  <w:p w14:paraId="601FD104" w14:textId="77777777" w:rsidR="002B7155" w:rsidRPr="00830B12" w:rsidRDefault="00000000" w:rsidP="002B7155">
    <w:pPr>
      <w:tabs>
        <w:tab w:val="center" w:pos="4320"/>
        <w:tab w:val="right" w:pos="8640"/>
      </w:tabs>
      <w:spacing w:after="0"/>
      <w:rPr>
        <w:rFonts w:ascii="Cambria" w:hAnsi="Cambria"/>
        <w:szCs w:val="24"/>
      </w:rPr>
    </w:pPr>
    <w:hyperlink r:id="rId1" w:history="1">
      <w:r w:rsidR="002B7155" w:rsidRPr="002812F6">
        <w:rPr>
          <w:rStyle w:val="Hyperlink"/>
          <w:sz w:val="18"/>
          <w:szCs w:val="18"/>
        </w:rPr>
        <w:t>www.mmuncii.gov.ro</w:t>
      </w:r>
    </w:hyperlink>
    <w:r w:rsidR="002B7155" w:rsidRPr="00830B12">
      <w:rPr>
        <w:sz w:val="18"/>
        <w:szCs w:val="18"/>
      </w:rPr>
      <w:t xml:space="preserve"> </w:t>
    </w:r>
  </w:p>
  <w:p w14:paraId="3FA26ADB" w14:textId="77777777" w:rsidR="002B7155" w:rsidRDefault="002B71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69AFC8" w14:textId="77777777" w:rsidR="00C839F6" w:rsidRDefault="00C839F6">
      <w:pPr>
        <w:spacing w:after="0"/>
      </w:pPr>
      <w:r>
        <w:separator/>
      </w:r>
    </w:p>
  </w:footnote>
  <w:footnote w:type="continuationSeparator" w:id="0">
    <w:p w14:paraId="7E5AE70E" w14:textId="77777777" w:rsidR="00C839F6" w:rsidRDefault="00C839F6">
      <w:pPr>
        <w:spacing w:after="0"/>
      </w:pPr>
      <w:r>
        <w:continuationSeparator/>
      </w:r>
    </w:p>
  </w:footnote>
  <w:footnote w:id="1">
    <w:p w14:paraId="63B3083F" w14:textId="77777777" w:rsidR="001F4E60" w:rsidRPr="00464025" w:rsidRDefault="001F4E60" w:rsidP="001F4E60">
      <w:pPr>
        <w:jc w:val="both"/>
        <w:rPr>
          <w:rFonts w:ascii="Trebuchet MS" w:hAnsi="Trebuchet MS"/>
          <w:sz w:val="23"/>
          <w:szCs w:val="23"/>
          <w:lang w:val="it-IT"/>
        </w:rPr>
      </w:pPr>
      <w:r>
        <w:rPr>
          <w:rStyle w:val="FootnoteReference"/>
        </w:rPr>
        <w:footnoteRef/>
      </w:r>
      <w:r w:rsidRPr="00464025">
        <w:rPr>
          <w:lang w:val="it-IT"/>
        </w:rPr>
        <w:t xml:space="preserve"> </w:t>
      </w:r>
      <w:r w:rsidRPr="00464025">
        <w:rPr>
          <w:rFonts w:ascii="Trebuchet MS" w:hAnsi="Trebuchet MS"/>
          <w:sz w:val="23"/>
          <w:szCs w:val="23"/>
          <w:lang w:val="it-IT"/>
        </w:rPr>
        <w:t>A nu se transmite date despre lucrători identificabili.</w:t>
      </w:r>
    </w:p>
    <w:p w14:paraId="66503559" w14:textId="77777777" w:rsidR="001F4E60" w:rsidRPr="001F4E60" w:rsidRDefault="001F4E60">
      <w:pPr>
        <w:pStyle w:val="FootnoteText"/>
        <w:rPr>
          <w:lang w:val="ro-R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12036" w14:textId="77777777" w:rsidR="001F4E60" w:rsidRDefault="001F4E60">
    <w:pPr>
      <w:pStyle w:val="Header"/>
    </w:pPr>
    <w:r w:rsidRPr="00941883">
      <w:rPr>
        <w:noProof/>
        <w:sz w:val="16"/>
        <w:szCs w:val="16"/>
      </w:rPr>
      <w:drawing>
        <wp:inline distT="0" distB="0" distL="0" distR="0" wp14:anchorId="226CE1A8" wp14:editId="4619B7F5">
          <wp:extent cx="5010150" cy="895350"/>
          <wp:effectExtent l="0" t="0" r="0" b="0"/>
          <wp:docPr id="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10150" cy="8953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98707035">
    <w:abstractNumId w:val="8"/>
  </w:num>
  <w:num w:numId="2" w16cid:durableId="554318534">
    <w:abstractNumId w:val="6"/>
  </w:num>
  <w:num w:numId="3" w16cid:durableId="71435438">
    <w:abstractNumId w:val="5"/>
  </w:num>
  <w:num w:numId="4" w16cid:durableId="1489245738">
    <w:abstractNumId w:val="4"/>
  </w:num>
  <w:num w:numId="5" w16cid:durableId="1004817952">
    <w:abstractNumId w:val="7"/>
  </w:num>
  <w:num w:numId="6" w16cid:durableId="54546738">
    <w:abstractNumId w:val="3"/>
  </w:num>
  <w:num w:numId="7" w16cid:durableId="1054741396">
    <w:abstractNumId w:val="2"/>
  </w:num>
  <w:num w:numId="8" w16cid:durableId="1303929313">
    <w:abstractNumId w:val="1"/>
  </w:num>
  <w:num w:numId="9" w16cid:durableId="18694426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7C84"/>
    <w:rsid w:val="000C72FD"/>
    <w:rsid w:val="000F2365"/>
    <w:rsid w:val="0015074B"/>
    <w:rsid w:val="001F4E60"/>
    <w:rsid w:val="0029639D"/>
    <w:rsid w:val="002B7155"/>
    <w:rsid w:val="003241E5"/>
    <w:rsid w:val="00326F90"/>
    <w:rsid w:val="00464025"/>
    <w:rsid w:val="006C652A"/>
    <w:rsid w:val="0075589F"/>
    <w:rsid w:val="00A72899"/>
    <w:rsid w:val="00AA1D8D"/>
    <w:rsid w:val="00AD309C"/>
    <w:rsid w:val="00B47730"/>
    <w:rsid w:val="00B47C84"/>
    <w:rsid w:val="00B9017B"/>
    <w:rsid w:val="00BA6167"/>
    <w:rsid w:val="00C1088F"/>
    <w:rsid w:val="00C12271"/>
    <w:rsid w:val="00C839F6"/>
    <w:rsid w:val="00CB0664"/>
    <w:rsid w:val="00F138AF"/>
    <w:rsid w:val="00FA2CE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81C8054"/>
  <w14:defaultImageDpi w14:val="300"/>
  <w15:docId w15:val="{EA2D865D-630A-451C-95EF-74C5D48B2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40" w:lineRule="auto"/>
    </w:pPr>
    <w:rPr>
      <w:rFonts w:ascii="Times New Roman" w:hAnsi="Times New Roman"/>
      <w:color w:val="000000"/>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rFonts w:ascii="Times New Roman" w:hAnsi="Times New Roman"/>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contextualSpacing/>
    </w:pPr>
    <w:rPr>
      <w:rFonts w:asciiTheme="majorHAnsi" w:eastAsiaTheme="majorEastAsia" w:hAnsiTheme="majorHAnsi" w:cstheme="majorBidi"/>
      <w:b/>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Times New Roman" w:hAnsi="Times New Roman"/>
    </w:r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FootnoteText">
    <w:name w:val="footnote text"/>
    <w:basedOn w:val="Normal"/>
    <w:link w:val="FootnoteTextChar"/>
    <w:uiPriority w:val="99"/>
    <w:semiHidden/>
    <w:unhideWhenUsed/>
    <w:rsid w:val="001F4E60"/>
    <w:pPr>
      <w:spacing w:after="0"/>
    </w:pPr>
    <w:rPr>
      <w:sz w:val="20"/>
      <w:szCs w:val="20"/>
    </w:rPr>
  </w:style>
  <w:style w:type="character" w:customStyle="1" w:styleId="FootnoteTextChar">
    <w:name w:val="Footnote Text Char"/>
    <w:basedOn w:val="DefaultParagraphFont"/>
    <w:link w:val="FootnoteText"/>
    <w:uiPriority w:val="99"/>
    <w:semiHidden/>
    <w:rsid w:val="001F4E60"/>
    <w:rPr>
      <w:rFonts w:ascii="Times New Roman" w:hAnsi="Times New Roman"/>
      <w:color w:val="000000"/>
      <w:sz w:val="20"/>
      <w:szCs w:val="20"/>
    </w:rPr>
  </w:style>
  <w:style w:type="character" w:styleId="FootnoteReference">
    <w:name w:val="footnote reference"/>
    <w:basedOn w:val="DefaultParagraphFont"/>
    <w:uiPriority w:val="99"/>
    <w:semiHidden/>
    <w:unhideWhenUsed/>
    <w:rsid w:val="001F4E60"/>
    <w:rPr>
      <w:vertAlign w:val="superscript"/>
    </w:rPr>
  </w:style>
  <w:style w:type="character" w:styleId="Hyperlink">
    <w:name w:val="Hyperlink"/>
    <w:basedOn w:val="DefaultParagraphFont"/>
    <w:uiPriority w:val="99"/>
    <w:unhideWhenUsed/>
    <w:rsid w:val="002B715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www.mmuncii.gov.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AA8B1B-D4E4-43B8-800E-750DC8A07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5</Pages>
  <Words>1147</Words>
  <Characters>6544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Cornelia Mitroi</cp:lastModifiedBy>
  <cp:revision>18</cp:revision>
  <cp:lastPrinted>2026-10-27T09:24:00Z</cp:lastPrinted>
  <dcterms:created xsi:type="dcterms:W3CDTF">2013-12-23T23:15:00Z</dcterms:created>
  <dcterms:modified xsi:type="dcterms:W3CDTF">2026-10-27T09:33:00Z</dcterms:modified>
  <cp:category/>
</cp:coreProperties>
</file>